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62E">
        <w:rPr>
          <w:rFonts w:ascii="Times New Roman" w:hAnsi="Times New Roman" w:cs="Times New Roman"/>
          <w:b/>
          <w:bCs/>
          <w:sz w:val="24"/>
          <w:szCs w:val="24"/>
        </w:rPr>
        <w:t>İşin</w:t>
      </w:r>
      <w:proofErr w:type="spellEnd"/>
      <w:r w:rsidRPr="009366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b/>
          <w:bCs/>
          <w:sz w:val="24"/>
          <w:szCs w:val="24"/>
        </w:rPr>
        <w:t>Konusu</w:t>
      </w:r>
      <w:proofErr w:type="spellEnd"/>
      <w:r w:rsidRPr="0093662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366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D4D30">
        <w:t>Temizlik</w:t>
      </w:r>
      <w:proofErr w:type="spellEnd"/>
      <w:r w:rsidR="00FD4D30">
        <w:t xml:space="preserve"> </w:t>
      </w:r>
      <w:proofErr w:type="spellStart"/>
      <w:r w:rsidR="00FD4D30">
        <w:t>Sarf</w:t>
      </w:r>
      <w:proofErr w:type="spellEnd"/>
      <w:r w:rsidR="00FD4D30">
        <w:t xml:space="preserve"> </w:t>
      </w:r>
      <w:proofErr w:type="spellStart"/>
      <w:r w:rsidR="00FD4D30">
        <w:t>Malzemesi</w:t>
      </w:r>
      <w:proofErr w:type="spellEnd"/>
      <w:r w:rsidR="00FD4D30">
        <w:t xml:space="preserve"> </w:t>
      </w:r>
      <w:proofErr w:type="spellStart"/>
      <w:r w:rsidR="00FD4D30">
        <w:t>Alımı</w:t>
      </w:r>
      <w:proofErr w:type="spellEnd"/>
      <w:r w:rsidR="00FD4D30">
        <w:tab/>
      </w:r>
      <w:r w:rsidR="00FD4D30">
        <w:tab/>
      </w:r>
      <w:r w:rsidR="00FD4D30">
        <w:tab/>
      </w:r>
      <w:r w:rsidR="00FD4D30">
        <w:tab/>
      </w:r>
      <w:r w:rsidR="00FD4D30">
        <w:tab/>
      </w:r>
      <w:r w:rsidR="009366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3662E">
        <w:rPr>
          <w:rFonts w:ascii="Times New Roman" w:hAnsi="Times New Roman" w:cs="Times New Roman"/>
          <w:b/>
          <w:bCs/>
          <w:sz w:val="24"/>
          <w:szCs w:val="24"/>
        </w:rPr>
        <w:t>Teslim</w:t>
      </w:r>
      <w:proofErr w:type="spellEnd"/>
      <w:r w:rsidRPr="009366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b/>
          <w:bCs/>
          <w:sz w:val="24"/>
          <w:szCs w:val="24"/>
        </w:rPr>
        <w:t>Süresi</w:t>
      </w:r>
      <w:proofErr w:type="spellEnd"/>
      <w:r w:rsidR="0093662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4D30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="00FD4D30">
        <w:rPr>
          <w:rFonts w:ascii="Times New Roman" w:hAnsi="Times New Roman" w:cs="Times New Roman"/>
          <w:sz w:val="24"/>
          <w:szCs w:val="24"/>
        </w:rPr>
        <w:t>gün</w:t>
      </w:r>
      <w:proofErr w:type="spellEnd"/>
    </w:p>
    <w:p w:rsidR="009D762A" w:rsidRPr="0093662E" w:rsidRDefault="00213AFB" w:rsidP="009366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662E">
        <w:rPr>
          <w:rFonts w:ascii="Times New Roman" w:hAnsi="Times New Roman" w:cs="Times New Roman"/>
          <w:b/>
          <w:bCs/>
          <w:sz w:val="24"/>
          <w:szCs w:val="24"/>
        </w:rPr>
        <w:t>1. ÜRÜNLER VE TEKNİK ÖZELLİKLERİ</w:t>
      </w:r>
    </w:p>
    <w:tbl>
      <w:tblPr>
        <w:tblStyle w:val="DzTablo2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5812"/>
        <w:gridCol w:w="1134"/>
      </w:tblGrid>
      <w:tr w:rsidR="009D762A" w:rsidRPr="0093662E" w:rsidTr="00936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9D762A" w:rsidRPr="0093662E" w:rsidRDefault="00213AFB" w:rsidP="00936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Sıra</w:t>
            </w:r>
            <w:proofErr w:type="spellEnd"/>
            <w:r w:rsidRPr="0093662E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</w:p>
        </w:tc>
        <w:tc>
          <w:tcPr>
            <w:tcW w:w="2693" w:type="dxa"/>
          </w:tcPr>
          <w:p w:rsidR="009D762A" w:rsidRPr="0093662E" w:rsidRDefault="00213AFB" w:rsidP="009366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Ürün Adı</w:t>
            </w:r>
          </w:p>
        </w:tc>
        <w:tc>
          <w:tcPr>
            <w:tcW w:w="5812" w:type="dxa"/>
          </w:tcPr>
          <w:p w:rsidR="009D762A" w:rsidRPr="0093662E" w:rsidRDefault="00213AFB" w:rsidP="009366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Teknik Özellikler</w:t>
            </w:r>
          </w:p>
        </w:tc>
        <w:tc>
          <w:tcPr>
            <w:tcW w:w="1134" w:type="dxa"/>
          </w:tcPr>
          <w:p w:rsidR="009D762A" w:rsidRPr="0093662E" w:rsidRDefault="00213AFB" w:rsidP="0093662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Birim</w:t>
            </w:r>
          </w:p>
        </w:tc>
      </w:tr>
      <w:tr w:rsidR="00FD4D30" w:rsidRPr="0093662E" w:rsidTr="00936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Çöp</w:t>
            </w:r>
            <w:proofErr w:type="spellEnd"/>
            <w:r>
              <w:t xml:space="preserve"> </w:t>
            </w:r>
            <w:proofErr w:type="spellStart"/>
            <w:r>
              <w:t>Torbası</w:t>
            </w:r>
            <w:proofErr w:type="spellEnd"/>
            <w:r>
              <w:t xml:space="preserve"> (</w:t>
            </w:r>
            <w:proofErr w:type="spellStart"/>
            <w:r>
              <w:t>Büyük</w:t>
            </w:r>
            <w:proofErr w:type="spellEnd"/>
            <w:r>
              <w:t xml:space="preserve"> Boy)</w:t>
            </w:r>
          </w:p>
        </w:tc>
        <w:tc>
          <w:tcPr>
            <w:tcW w:w="5812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Kalın</w:t>
            </w:r>
            <w:proofErr w:type="spellEnd"/>
            <w:r>
              <w:t xml:space="preserve">, </w:t>
            </w:r>
            <w:proofErr w:type="spellStart"/>
            <w:r>
              <w:t>sızdırmaz</w:t>
            </w:r>
            <w:proofErr w:type="spellEnd"/>
            <w:r>
              <w:t xml:space="preserve">, 80x110 cm </w:t>
            </w:r>
            <w:proofErr w:type="spellStart"/>
            <w:r>
              <w:t>ebatlarında</w:t>
            </w:r>
            <w:proofErr w:type="spellEnd"/>
            <w:r>
              <w:t xml:space="preserve">, </w:t>
            </w:r>
            <w:proofErr w:type="spellStart"/>
            <w:r>
              <w:t>siyah</w:t>
            </w:r>
            <w:proofErr w:type="spellEnd"/>
            <w:r>
              <w:t xml:space="preserve"> </w:t>
            </w:r>
            <w:proofErr w:type="spellStart"/>
            <w:r>
              <w:t>renk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Paket</w:t>
            </w:r>
            <w:proofErr w:type="spellEnd"/>
          </w:p>
        </w:tc>
      </w:tr>
      <w:tr w:rsidR="00FD4D30" w:rsidRPr="0093662E" w:rsidTr="00936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Çöp</w:t>
            </w:r>
            <w:proofErr w:type="spellEnd"/>
            <w:r>
              <w:t xml:space="preserve"> </w:t>
            </w:r>
            <w:proofErr w:type="spellStart"/>
            <w:r>
              <w:t>Torbası</w:t>
            </w:r>
            <w:proofErr w:type="spellEnd"/>
            <w:r>
              <w:t xml:space="preserve"> (</w:t>
            </w:r>
            <w:proofErr w:type="spellStart"/>
            <w:r>
              <w:t>Orta</w:t>
            </w:r>
            <w:proofErr w:type="spellEnd"/>
            <w:r>
              <w:t xml:space="preserve"> Boy)</w:t>
            </w:r>
          </w:p>
        </w:tc>
        <w:tc>
          <w:tcPr>
            <w:tcW w:w="5812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Kalın</w:t>
            </w:r>
            <w:proofErr w:type="spellEnd"/>
            <w:r>
              <w:t xml:space="preserve">, </w:t>
            </w:r>
            <w:proofErr w:type="spellStart"/>
            <w:r>
              <w:t>sızdırmaz</w:t>
            </w:r>
            <w:proofErr w:type="spellEnd"/>
            <w:r>
              <w:t xml:space="preserve">, 65x80 cm </w:t>
            </w:r>
            <w:proofErr w:type="spellStart"/>
            <w:r>
              <w:t>ebatlarında</w:t>
            </w:r>
            <w:proofErr w:type="spellEnd"/>
            <w:r>
              <w:t xml:space="preserve">, </w:t>
            </w:r>
            <w:proofErr w:type="spellStart"/>
            <w:r>
              <w:t>siyah</w:t>
            </w:r>
            <w:proofErr w:type="spellEnd"/>
            <w:r>
              <w:t xml:space="preserve"> </w:t>
            </w:r>
            <w:proofErr w:type="spellStart"/>
            <w:r>
              <w:t>renk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Paket</w:t>
            </w:r>
            <w:proofErr w:type="spellEnd"/>
          </w:p>
        </w:tc>
      </w:tr>
      <w:tr w:rsidR="00FD4D30" w:rsidRPr="0093662E" w:rsidTr="00936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Bulaşık</w:t>
            </w:r>
            <w:proofErr w:type="spellEnd"/>
            <w:r>
              <w:t xml:space="preserve"> </w:t>
            </w:r>
            <w:proofErr w:type="spellStart"/>
            <w:r>
              <w:t>Deterjanı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Konsantre</w:t>
            </w:r>
            <w:proofErr w:type="spellEnd"/>
            <w:r>
              <w:t xml:space="preserve">, </w:t>
            </w:r>
            <w:proofErr w:type="spellStart"/>
            <w:r>
              <w:t>limon</w:t>
            </w:r>
            <w:proofErr w:type="spellEnd"/>
            <w:r>
              <w:t xml:space="preserve"> </w:t>
            </w:r>
            <w:proofErr w:type="spellStart"/>
            <w:r>
              <w:t>kokulu</w:t>
            </w:r>
            <w:proofErr w:type="spellEnd"/>
            <w:r>
              <w:t xml:space="preserve">, 4 </w:t>
            </w:r>
            <w:proofErr w:type="spellStart"/>
            <w:r>
              <w:t>lt</w:t>
            </w:r>
            <w:proofErr w:type="spellEnd"/>
            <w:r>
              <w:t xml:space="preserve"> bidon</w:t>
            </w:r>
          </w:p>
        </w:tc>
        <w:tc>
          <w:tcPr>
            <w:tcW w:w="1134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Adet</w:t>
            </w:r>
            <w:proofErr w:type="spellEnd"/>
          </w:p>
        </w:tc>
      </w:tr>
      <w:tr w:rsidR="00FD4D30" w:rsidRPr="0093662E" w:rsidTr="00936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Cam </w:t>
            </w:r>
            <w:proofErr w:type="spellStart"/>
            <w:r>
              <w:t>Temizleyici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Mavi</w:t>
            </w:r>
            <w:proofErr w:type="spellEnd"/>
            <w:r>
              <w:t xml:space="preserve"> </w:t>
            </w:r>
            <w:proofErr w:type="spellStart"/>
            <w:r>
              <w:t>renkli</w:t>
            </w:r>
            <w:proofErr w:type="spellEnd"/>
            <w:r>
              <w:t xml:space="preserve">,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bırakmaz</w:t>
            </w:r>
            <w:proofErr w:type="spellEnd"/>
            <w:r>
              <w:t xml:space="preserve">, 750 ml </w:t>
            </w:r>
            <w:proofErr w:type="spellStart"/>
            <w:r>
              <w:t>sprey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Adet</w:t>
            </w:r>
            <w:proofErr w:type="spellEnd"/>
          </w:p>
        </w:tc>
      </w:tr>
      <w:tr w:rsidR="00FD4D30" w:rsidRPr="0093662E" w:rsidTr="00936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Kağıt</w:t>
            </w:r>
            <w:proofErr w:type="spellEnd"/>
            <w:r>
              <w:t xml:space="preserve"> </w:t>
            </w:r>
            <w:proofErr w:type="spellStart"/>
            <w:r>
              <w:t>Havlu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6’lı </w:t>
            </w:r>
            <w:proofErr w:type="spellStart"/>
            <w:r>
              <w:t>endüstriyel</w:t>
            </w:r>
            <w:proofErr w:type="spellEnd"/>
            <w:r>
              <w:t xml:space="preserve"> tip, %100 </w:t>
            </w:r>
            <w:proofErr w:type="spellStart"/>
            <w:r>
              <w:t>selüloz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Paket</w:t>
            </w:r>
            <w:proofErr w:type="spellEnd"/>
          </w:p>
        </w:tc>
      </w:tr>
      <w:tr w:rsidR="00FD4D30" w:rsidRPr="0093662E" w:rsidTr="00936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Tuvalet</w:t>
            </w:r>
            <w:proofErr w:type="spellEnd"/>
            <w:r>
              <w:t xml:space="preserve"> </w:t>
            </w:r>
            <w:proofErr w:type="spellStart"/>
            <w:r>
              <w:t>Kağıdı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32’li, 2 </w:t>
            </w:r>
            <w:proofErr w:type="spellStart"/>
            <w:r>
              <w:t>katlı</w:t>
            </w:r>
            <w:proofErr w:type="spellEnd"/>
            <w:r>
              <w:t xml:space="preserve">, </w:t>
            </w:r>
            <w:proofErr w:type="spellStart"/>
            <w:r>
              <w:t>beyaz</w:t>
            </w:r>
            <w:proofErr w:type="spellEnd"/>
            <w:r>
              <w:t xml:space="preserve">, </w:t>
            </w:r>
            <w:proofErr w:type="spellStart"/>
            <w:r>
              <w:t>kokusuz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Paket</w:t>
            </w:r>
            <w:proofErr w:type="spellEnd"/>
          </w:p>
        </w:tc>
      </w:tr>
      <w:tr w:rsidR="00FD4D30" w:rsidRPr="0093662E" w:rsidTr="00936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Eldiven</w:t>
            </w:r>
            <w:proofErr w:type="spellEnd"/>
            <w:r>
              <w:t xml:space="preserve"> (</w:t>
            </w:r>
            <w:proofErr w:type="spellStart"/>
            <w:r>
              <w:t>Lateks</w:t>
            </w:r>
            <w:proofErr w:type="spellEnd"/>
            <w:r>
              <w:t>)</w:t>
            </w:r>
          </w:p>
        </w:tc>
        <w:tc>
          <w:tcPr>
            <w:tcW w:w="5812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Pudrasız</w:t>
            </w:r>
            <w:proofErr w:type="spellEnd"/>
            <w:r>
              <w:t xml:space="preserve">, </w:t>
            </w:r>
            <w:proofErr w:type="spellStart"/>
            <w:r>
              <w:t>tek</w:t>
            </w:r>
            <w:proofErr w:type="spellEnd"/>
            <w:r>
              <w:t xml:space="preserve"> </w:t>
            </w:r>
            <w:proofErr w:type="spellStart"/>
            <w:r>
              <w:t>kullanımlık</w:t>
            </w:r>
            <w:proofErr w:type="spellEnd"/>
            <w:r>
              <w:t xml:space="preserve">, M </w:t>
            </w:r>
            <w:proofErr w:type="spellStart"/>
            <w:r>
              <w:t>beden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Kutu</w:t>
            </w:r>
          </w:p>
        </w:tc>
      </w:tr>
      <w:tr w:rsidR="00FD4D30" w:rsidRPr="0093662E" w:rsidTr="00936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Yüzey</w:t>
            </w:r>
            <w:proofErr w:type="spellEnd"/>
            <w:r>
              <w:t xml:space="preserve"> </w:t>
            </w:r>
            <w:proofErr w:type="spellStart"/>
            <w:r>
              <w:t>Temizleyici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Limon </w:t>
            </w:r>
            <w:proofErr w:type="spellStart"/>
            <w:r>
              <w:t>veya</w:t>
            </w:r>
            <w:proofErr w:type="spellEnd"/>
            <w:r>
              <w:t xml:space="preserve"> </w:t>
            </w:r>
            <w:proofErr w:type="spellStart"/>
            <w:r>
              <w:t>çam</w:t>
            </w:r>
            <w:proofErr w:type="spellEnd"/>
            <w:r>
              <w:t xml:space="preserve"> </w:t>
            </w:r>
            <w:proofErr w:type="spellStart"/>
            <w:r>
              <w:t>kokulu</w:t>
            </w:r>
            <w:proofErr w:type="spellEnd"/>
            <w:r>
              <w:t xml:space="preserve">, 5 </w:t>
            </w:r>
            <w:proofErr w:type="spellStart"/>
            <w:r>
              <w:t>lt</w:t>
            </w:r>
            <w:proofErr w:type="spellEnd"/>
            <w:r>
              <w:t xml:space="preserve"> bidon</w:t>
            </w:r>
          </w:p>
        </w:tc>
        <w:tc>
          <w:tcPr>
            <w:tcW w:w="1134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Adet</w:t>
            </w:r>
            <w:proofErr w:type="spellEnd"/>
          </w:p>
        </w:tc>
      </w:tr>
      <w:tr w:rsidR="00FD4D30" w:rsidRPr="0093662E" w:rsidTr="009366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Çamaşır</w:t>
            </w:r>
            <w:proofErr w:type="spellEnd"/>
            <w:r>
              <w:t xml:space="preserve"> </w:t>
            </w:r>
            <w:proofErr w:type="spellStart"/>
            <w:r>
              <w:t>Suyu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Yoğun</w:t>
            </w:r>
            <w:proofErr w:type="spellEnd"/>
            <w:r>
              <w:t xml:space="preserve"> </w:t>
            </w:r>
            <w:proofErr w:type="spellStart"/>
            <w:r>
              <w:t>kıvamlı</w:t>
            </w:r>
            <w:proofErr w:type="spellEnd"/>
            <w:r>
              <w:t xml:space="preserve">, 4 </w:t>
            </w:r>
            <w:proofErr w:type="spellStart"/>
            <w:r>
              <w:t>lt</w:t>
            </w:r>
            <w:proofErr w:type="spellEnd"/>
            <w:r>
              <w:t xml:space="preserve"> bidon</w:t>
            </w:r>
          </w:p>
        </w:tc>
        <w:tc>
          <w:tcPr>
            <w:tcW w:w="1134" w:type="dxa"/>
          </w:tcPr>
          <w:p w:rsidR="00FD4D30" w:rsidRDefault="00FD4D30" w:rsidP="00FD4D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Adet</w:t>
            </w:r>
            <w:proofErr w:type="spellEnd"/>
          </w:p>
        </w:tc>
      </w:tr>
      <w:tr w:rsidR="00FD4D30" w:rsidRPr="0093662E" w:rsidTr="009366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FD4D30" w:rsidRPr="0093662E" w:rsidRDefault="00FD4D30" w:rsidP="00FD4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6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Kağıt</w:t>
            </w:r>
            <w:proofErr w:type="spellEnd"/>
            <w:r>
              <w:t xml:space="preserve"> </w:t>
            </w:r>
            <w:proofErr w:type="spellStart"/>
            <w:r>
              <w:t>Mendil</w:t>
            </w:r>
            <w:proofErr w:type="spellEnd"/>
          </w:p>
        </w:tc>
        <w:tc>
          <w:tcPr>
            <w:tcW w:w="5812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10’lu </w:t>
            </w:r>
            <w:proofErr w:type="spellStart"/>
            <w:r>
              <w:t>paket</w:t>
            </w:r>
            <w:proofErr w:type="spellEnd"/>
            <w:r>
              <w:t xml:space="preserve">, </w:t>
            </w:r>
            <w:proofErr w:type="spellStart"/>
            <w:r>
              <w:t>çift</w:t>
            </w:r>
            <w:proofErr w:type="spellEnd"/>
            <w:r>
              <w:t xml:space="preserve"> </w:t>
            </w:r>
            <w:proofErr w:type="spellStart"/>
            <w:r>
              <w:t>katlı</w:t>
            </w:r>
            <w:proofErr w:type="spellEnd"/>
          </w:p>
        </w:tc>
        <w:tc>
          <w:tcPr>
            <w:tcW w:w="1134" w:type="dxa"/>
          </w:tcPr>
          <w:p w:rsidR="00FD4D30" w:rsidRDefault="00FD4D30" w:rsidP="00FD4D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Paket</w:t>
            </w:r>
            <w:proofErr w:type="spellEnd"/>
          </w:p>
        </w:tc>
      </w:tr>
    </w:tbl>
    <w:p w:rsidR="009D762A" w:rsidRPr="0093662E" w:rsidRDefault="00213AFB" w:rsidP="0093662E">
      <w:pPr>
        <w:spacing w:before="100" w:before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93662E">
        <w:rPr>
          <w:rFonts w:ascii="Times New Roman" w:hAnsi="Times New Roman" w:cs="Times New Roman"/>
          <w:b/>
          <w:bCs/>
          <w:sz w:val="24"/>
          <w:szCs w:val="24"/>
        </w:rPr>
        <w:t>2. TESLİM ŞARTLARI</w:t>
      </w:r>
    </w:p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62E">
        <w:rPr>
          <w:rFonts w:ascii="Times New Roman" w:hAnsi="Times New Roman" w:cs="Times New Roman"/>
          <w:sz w:val="24"/>
          <w:szCs w:val="24"/>
        </w:rPr>
        <w:t>Malzemeler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, F</w:t>
      </w:r>
      <w:r w:rsidR="0093662E" w:rsidRPr="0093662E">
        <w:rPr>
          <w:rFonts w:ascii="Times New Roman" w:hAnsi="Times New Roman" w:cs="Times New Roman"/>
          <w:sz w:val="24"/>
          <w:szCs w:val="24"/>
        </w:rPr>
        <w:t>İ</w:t>
      </w:r>
      <w:r w:rsidRPr="0093662E">
        <w:rPr>
          <w:rFonts w:ascii="Times New Roman" w:hAnsi="Times New Roman" w:cs="Times New Roman"/>
          <w:sz w:val="24"/>
          <w:szCs w:val="24"/>
        </w:rPr>
        <w:t xml:space="preserve">TOTABAUM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binasına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teslim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Teslim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sözleşme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imzalanmasını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takiben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r w:rsidR="0093662E" w:rsidRPr="0093662E">
        <w:rPr>
          <w:rFonts w:ascii="Times New Roman" w:hAnsi="Times New Roman" w:cs="Times New Roman"/>
          <w:sz w:val="24"/>
          <w:szCs w:val="24"/>
        </w:rPr>
        <w:t>…….</w:t>
      </w:r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gün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olacaktır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Malzemeler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eksiksiz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sağlam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ambalajlı şekilde teslim edilecektir.</w:t>
      </w:r>
    </w:p>
    <w:p w:rsidR="009D762A" w:rsidRPr="0093662E" w:rsidRDefault="00213AFB" w:rsidP="009366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662E">
        <w:rPr>
          <w:rFonts w:ascii="Times New Roman" w:hAnsi="Times New Roman" w:cs="Times New Roman"/>
          <w:b/>
          <w:bCs/>
          <w:sz w:val="24"/>
          <w:szCs w:val="24"/>
        </w:rPr>
        <w:t>3. KALİTE VE BELGELER</w:t>
      </w:r>
    </w:p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62E">
        <w:rPr>
          <w:rFonts w:ascii="Times New Roman" w:hAnsi="Times New Roman" w:cs="Times New Roman"/>
          <w:sz w:val="24"/>
          <w:szCs w:val="24"/>
        </w:rPr>
        <w:t>Ürünler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birinci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kalite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TSE, ISO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muadili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standartlara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uygun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olmalıdır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Üretici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veya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ithalatçı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firma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düzenlenmiş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güvenlik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bilgi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formları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(MSDS)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temin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 w:rsidRPr="0093662E">
        <w:rPr>
          <w:rFonts w:ascii="Times New Roman" w:hAnsi="Times New Roman" w:cs="Times New Roman"/>
          <w:sz w:val="24"/>
          <w:szCs w:val="24"/>
        </w:rPr>
        <w:t xml:space="preserve"> </w:t>
      </w:r>
      <w:r w:rsidRPr="0093662E">
        <w:rPr>
          <w:rFonts w:ascii="Times New Roman" w:hAnsi="Times New Roman" w:cs="Times New Roman"/>
          <w:sz w:val="24"/>
          <w:szCs w:val="24"/>
        </w:rPr>
        <w:t xml:space="preserve">Son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kullanma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tarihleri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geçmemiş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olmalıdır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</w:p>
    <w:p w:rsidR="009D762A" w:rsidRPr="0093662E" w:rsidRDefault="00213AFB" w:rsidP="009366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662E">
        <w:rPr>
          <w:rFonts w:ascii="Times New Roman" w:hAnsi="Times New Roman" w:cs="Times New Roman"/>
          <w:b/>
          <w:bCs/>
          <w:sz w:val="24"/>
          <w:szCs w:val="24"/>
        </w:rPr>
        <w:t>4. MUAYENE VE KABUL</w:t>
      </w:r>
    </w:p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r w:rsidRPr="0093662E">
        <w:rPr>
          <w:rFonts w:ascii="Times New Roman" w:hAnsi="Times New Roman" w:cs="Times New Roman"/>
          <w:sz w:val="24"/>
          <w:szCs w:val="24"/>
        </w:rPr>
        <w:t>Teslim edilen ürünler, Muayene ve Kabul Komisyonu tarafından kontrol edilecek; uygunsuz görülen ürünler değiştirilecektir.</w:t>
      </w:r>
    </w:p>
    <w:p w:rsidR="009D762A" w:rsidRPr="0093662E" w:rsidRDefault="00213AFB" w:rsidP="009366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662E">
        <w:rPr>
          <w:rFonts w:ascii="Times New Roman" w:hAnsi="Times New Roman" w:cs="Times New Roman"/>
          <w:b/>
          <w:bCs/>
          <w:sz w:val="24"/>
          <w:szCs w:val="24"/>
        </w:rPr>
        <w:t>5. DİĞER HUSUSLAR</w:t>
      </w:r>
    </w:p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662E">
        <w:rPr>
          <w:rFonts w:ascii="Times New Roman" w:hAnsi="Times New Roman" w:cs="Times New Roman"/>
          <w:sz w:val="24"/>
          <w:szCs w:val="24"/>
        </w:rPr>
        <w:t>Nakliye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ambalaj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teslim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masrafları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yükleniciye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aittir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Fiyatlar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KDV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hariç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teklif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edilecektir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  <w:r w:rsid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Ödemeler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teslimat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sonrası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fatura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karşılığında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62E">
        <w:rPr>
          <w:rFonts w:ascii="Times New Roman" w:hAnsi="Times New Roman" w:cs="Times New Roman"/>
          <w:sz w:val="24"/>
          <w:szCs w:val="24"/>
        </w:rPr>
        <w:t>yapılacaktır</w:t>
      </w:r>
      <w:proofErr w:type="spellEnd"/>
      <w:r w:rsidRPr="0093662E">
        <w:rPr>
          <w:rFonts w:ascii="Times New Roman" w:hAnsi="Times New Roman" w:cs="Times New Roman"/>
          <w:sz w:val="24"/>
          <w:szCs w:val="24"/>
        </w:rPr>
        <w:t>.</w:t>
      </w:r>
    </w:p>
    <w:p w:rsidR="009D762A" w:rsidRPr="0093662E" w:rsidRDefault="00213AFB" w:rsidP="0093662E">
      <w:pPr>
        <w:jc w:val="both"/>
        <w:rPr>
          <w:rFonts w:ascii="Times New Roman" w:hAnsi="Times New Roman" w:cs="Times New Roman"/>
          <w:sz w:val="24"/>
          <w:szCs w:val="24"/>
        </w:rPr>
      </w:pPr>
      <w:r w:rsidRPr="0093662E">
        <w:rPr>
          <w:rFonts w:ascii="Times New Roman" w:hAnsi="Times New Roman" w:cs="Times New Roman"/>
          <w:sz w:val="24"/>
          <w:szCs w:val="24"/>
        </w:rPr>
        <w:br/>
        <w:t xml:space="preserve">Tarih: </w:t>
      </w:r>
      <w:proofErr w:type="gramStart"/>
      <w:r w:rsidRPr="0093662E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93662E">
        <w:rPr>
          <w:rFonts w:ascii="Times New Roman" w:hAnsi="Times New Roman" w:cs="Times New Roman"/>
          <w:sz w:val="24"/>
          <w:szCs w:val="24"/>
        </w:rPr>
        <w:t>/…../2025</w:t>
      </w:r>
    </w:p>
    <w:p w:rsidR="00042F86" w:rsidRPr="00042F86" w:rsidRDefault="00042F86" w:rsidP="00042F86">
      <w:pPr>
        <w:rPr>
          <w:rFonts w:ascii="Times New Roman" w:hAnsi="Times New Roman" w:cs="Times New Roman"/>
          <w:sz w:val="24"/>
          <w:szCs w:val="24"/>
        </w:rPr>
      </w:pPr>
    </w:p>
    <w:sectPr w:rsidR="00042F86" w:rsidRPr="00042F86" w:rsidSect="0093662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06DA" w:rsidRDefault="000A06DA" w:rsidP="0093662E">
      <w:pPr>
        <w:spacing w:after="0" w:line="240" w:lineRule="auto"/>
      </w:pPr>
      <w:r>
        <w:separator/>
      </w:r>
    </w:p>
  </w:endnote>
  <w:endnote w:type="continuationSeparator" w:id="0">
    <w:p w:rsidR="000A06DA" w:rsidRDefault="000A06DA" w:rsidP="0093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588"/>
      <w:gridCol w:w="3591"/>
      <w:gridCol w:w="3591"/>
    </w:tblGrid>
    <w:tr w:rsidR="00C729BB" w:rsidRPr="00906554" w:rsidTr="00C729BB">
      <w:trPr>
        <w:cantSplit/>
        <w:trHeight w:val="111"/>
      </w:trPr>
      <w:tc>
        <w:tcPr>
          <w:tcW w:w="1666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C729BB" w:rsidRDefault="00C729BB" w:rsidP="0093662E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HAZIRLAYAN</w:t>
          </w:r>
        </w:p>
      </w:tc>
      <w:tc>
        <w:tcPr>
          <w:tcW w:w="1667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C729BB" w:rsidRDefault="00C729BB" w:rsidP="0093662E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KONTROL EDEN</w:t>
          </w:r>
        </w:p>
      </w:tc>
      <w:tc>
        <w:tcPr>
          <w:tcW w:w="1667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C729BB" w:rsidRDefault="00C729BB" w:rsidP="0093662E">
          <w:pPr>
            <w:widowControl w:val="0"/>
            <w:autoSpaceDE w:val="0"/>
            <w:autoSpaceDN w:val="0"/>
            <w:adjustRightInd w:val="0"/>
            <w:spacing w:before="120" w:after="120" w:line="240" w:lineRule="auto"/>
            <w:jc w:val="center"/>
            <w:rPr>
              <w:rFonts w:eastAsia="Times New Roman" w:cs="Times New Roman"/>
              <w:sz w:val="14"/>
              <w:szCs w:val="14"/>
            </w:rPr>
          </w:pPr>
          <w:r>
            <w:rPr>
              <w:rFonts w:eastAsia="Times New Roman" w:cs="Times New Roman"/>
              <w:sz w:val="14"/>
              <w:szCs w:val="14"/>
            </w:rPr>
            <w:t>ONAYLAYAN</w:t>
          </w:r>
        </w:p>
      </w:tc>
    </w:tr>
    <w:tr w:rsidR="00C729BB" w:rsidRPr="00906554" w:rsidTr="00C729BB">
      <w:trPr>
        <w:cantSplit/>
        <w:trHeight w:val="702"/>
      </w:trPr>
      <w:tc>
        <w:tcPr>
          <w:tcW w:w="1666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C729BB" w:rsidRPr="00906554" w:rsidRDefault="00C729BB" w:rsidP="0093662E">
          <w:pPr>
            <w:widowControl w:val="0"/>
            <w:autoSpaceDE w:val="0"/>
            <w:autoSpaceDN w:val="0"/>
            <w:adjustRightInd w:val="0"/>
            <w:spacing w:after="0" w:line="240" w:lineRule="auto"/>
            <w:ind w:left="157" w:hanging="157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 xml:space="preserve">Mali </w:t>
          </w:r>
          <w:proofErr w:type="spellStart"/>
          <w:r>
            <w:rPr>
              <w:rFonts w:eastAsia="Times New Roman" w:cs="Times New Roman"/>
              <w:sz w:val="14"/>
              <w:szCs w:val="14"/>
              <w:lang w:eastAsia="tr-TR"/>
            </w:rPr>
            <w:t>İşler</w:t>
          </w:r>
          <w:proofErr w:type="spellEnd"/>
          <w:r>
            <w:rPr>
              <w:rFonts w:eastAsia="Times New Roman" w:cs="Times New Roman"/>
              <w:sz w:val="14"/>
              <w:szCs w:val="14"/>
              <w:lang w:eastAsia="tr-TR"/>
            </w:rPr>
            <w:t xml:space="preserve"> </w:t>
          </w:r>
          <w:proofErr w:type="spellStart"/>
          <w:r>
            <w:rPr>
              <w:rFonts w:eastAsia="Times New Roman" w:cs="Times New Roman"/>
              <w:sz w:val="14"/>
              <w:szCs w:val="14"/>
              <w:lang w:eastAsia="tr-TR"/>
            </w:rPr>
            <w:t>Personeli</w:t>
          </w:r>
          <w:proofErr w:type="spellEnd"/>
        </w:p>
      </w:tc>
      <w:tc>
        <w:tcPr>
          <w:tcW w:w="1667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C729BB" w:rsidRPr="00906554" w:rsidRDefault="00C729BB" w:rsidP="0093662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 xml:space="preserve">Merkez </w:t>
          </w:r>
          <w:proofErr w:type="spellStart"/>
          <w:r>
            <w:rPr>
              <w:rFonts w:eastAsia="Times New Roman" w:cs="Times New Roman"/>
              <w:sz w:val="14"/>
              <w:szCs w:val="14"/>
              <w:lang w:eastAsia="tr-TR"/>
            </w:rPr>
            <w:t>Müdür</w:t>
          </w:r>
          <w:proofErr w:type="spellEnd"/>
          <w:r>
            <w:rPr>
              <w:rFonts w:eastAsia="Times New Roman" w:cs="Times New Roman"/>
              <w:sz w:val="14"/>
              <w:szCs w:val="14"/>
              <w:lang w:eastAsia="tr-TR"/>
            </w:rPr>
            <w:t xml:space="preserve"> </w:t>
          </w:r>
          <w:proofErr w:type="spellStart"/>
          <w:r>
            <w:rPr>
              <w:rFonts w:eastAsia="Times New Roman" w:cs="Times New Roman"/>
              <w:sz w:val="14"/>
              <w:szCs w:val="14"/>
              <w:lang w:eastAsia="tr-TR"/>
            </w:rPr>
            <w:t>Yardımcısı</w:t>
          </w:r>
          <w:proofErr w:type="spellEnd"/>
        </w:p>
      </w:tc>
      <w:tc>
        <w:tcPr>
          <w:tcW w:w="1667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:rsidR="00C729BB" w:rsidRPr="00906554" w:rsidRDefault="00C729BB" w:rsidP="0093662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 w:cs="Times New Roman"/>
              <w:sz w:val="14"/>
              <w:szCs w:val="14"/>
              <w:lang w:eastAsia="tr-TR"/>
            </w:rPr>
          </w:pPr>
          <w:r>
            <w:rPr>
              <w:rFonts w:eastAsia="Times New Roman" w:cs="Times New Roman"/>
              <w:sz w:val="14"/>
              <w:szCs w:val="14"/>
              <w:lang w:eastAsia="tr-TR"/>
            </w:rPr>
            <w:t xml:space="preserve">Merkez </w:t>
          </w:r>
          <w:proofErr w:type="spellStart"/>
          <w:r>
            <w:rPr>
              <w:rFonts w:eastAsia="Times New Roman" w:cs="Times New Roman"/>
              <w:sz w:val="14"/>
              <w:szCs w:val="14"/>
              <w:lang w:eastAsia="tr-TR"/>
            </w:rPr>
            <w:t>Müdürü</w:t>
          </w:r>
          <w:proofErr w:type="spellEnd"/>
        </w:p>
      </w:tc>
    </w:tr>
  </w:tbl>
  <w:p w:rsidR="0093662E" w:rsidRPr="0093662E" w:rsidRDefault="0093662E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06DA" w:rsidRDefault="000A06DA" w:rsidP="0093662E">
      <w:pPr>
        <w:spacing w:after="0" w:line="240" w:lineRule="auto"/>
      </w:pPr>
      <w:r>
        <w:separator/>
      </w:r>
    </w:p>
  </w:footnote>
  <w:footnote w:type="continuationSeparator" w:id="0">
    <w:p w:rsidR="000A06DA" w:rsidRDefault="000A06DA" w:rsidP="00936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6"/>
      <w:gridCol w:w="4058"/>
      <w:gridCol w:w="3029"/>
      <w:gridCol w:w="1557"/>
    </w:tblGrid>
    <w:tr w:rsidR="0093662E" w:rsidRPr="00211120" w:rsidTr="00042F86">
      <w:trPr>
        <w:cantSplit/>
        <w:trHeight w:val="1269"/>
      </w:trPr>
      <w:tc>
        <w:tcPr>
          <w:tcW w:w="987" w:type="pct"/>
          <w:vAlign w:val="center"/>
        </w:tcPr>
        <w:p w:rsidR="0093662E" w:rsidRPr="002964E3" w:rsidRDefault="0093662E" w:rsidP="0093662E">
          <w:pPr>
            <w:pStyle w:val="stBilgi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drawing>
              <wp:inline distT="0" distB="0" distL="0" distR="0" wp14:anchorId="1FAB5125" wp14:editId="0A54C625">
                <wp:extent cx="807720" cy="814130"/>
                <wp:effectExtent l="0" t="0" r="508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 rotWithShape="1">
                        <a:blip r:embed="rId1"/>
                        <a:srcRect l="9896" t="9258" r="9656" b="9657"/>
                        <a:stretch/>
                      </pic:blipFill>
                      <pic:spPr bwMode="auto">
                        <a:xfrm>
                          <a:off x="0" y="0"/>
                          <a:ext cx="866145" cy="873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0" w:type="pct"/>
          <w:gridSpan w:val="2"/>
          <w:vAlign w:val="center"/>
        </w:tcPr>
        <w:p w:rsidR="0093662E" w:rsidRPr="009F2F1A" w:rsidRDefault="0093662E" w:rsidP="0093662E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F2F1A">
            <w:rPr>
              <w:rFonts w:ascii="Times New Roman" w:hAnsi="Times New Roman" w:cs="Times New Roman"/>
              <w:b/>
              <w:bCs/>
              <w:sz w:val="24"/>
              <w:szCs w:val="24"/>
            </w:rPr>
            <w:t>GAZİANTEP ÜNİVERSİTESİ</w:t>
          </w:r>
        </w:p>
        <w:p w:rsidR="0093662E" w:rsidRPr="009F2F1A" w:rsidRDefault="0093662E" w:rsidP="0093662E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F2F1A">
            <w:rPr>
              <w:rFonts w:ascii="Times New Roman" w:hAnsi="Times New Roman" w:cs="Times New Roman"/>
              <w:b/>
              <w:bCs/>
              <w:sz w:val="24"/>
              <w:szCs w:val="24"/>
            </w:rPr>
            <w:t>FİTOT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ABAUM</w:t>
          </w:r>
        </w:p>
        <w:p w:rsidR="0093662E" w:rsidRPr="0093662E" w:rsidRDefault="0093662E" w:rsidP="0093662E">
          <w:pPr>
            <w:spacing w:after="0"/>
            <w:contextualSpacing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3662E">
            <w:rPr>
              <w:rFonts w:ascii="Times New Roman" w:hAnsi="Times New Roman" w:cs="Times New Roman"/>
              <w:b/>
              <w:bCs/>
              <w:sz w:val="24"/>
              <w:szCs w:val="24"/>
            </w:rPr>
            <w:t>DOĞRUDAN TEMİN TEKNİK ŞARTNAME</w:t>
          </w:r>
          <w:r w:rsidR="008B306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FORMU</w:t>
          </w:r>
        </w:p>
      </w:tc>
      <w:tc>
        <w:tcPr>
          <w:tcW w:w="723" w:type="pct"/>
        </w:tcPr>
        <w:p w:rsidR="0093662E" w:rsidRPr="002964E3" w:rsidRDefault="0093662E" w:rsidP="0093662E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</w:tc>
    </w:tr>
    <w:tr w:rsidR="0093662E" w:rsidRPr="008D18C9" w:rsidTr="00042F86">
      <w:trPr>
        <w:cantSplit/>
        <w:trHeight w:val="304"/>
      </w:trPr>
      <w:tc>
        <w:tcPr>
          <w:tcW w:w="987" w:type="pct"/>
          <w:vAlign w:val="center"/>
        </w:tcPr>
        <w:p w:rsidR="0093662E" w:rsidRPr="001A0373" w:rsidRDefault="0093662E" w:rsidP="0093662E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Doküman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 xml:space="preserve"> Kodu:</w:t>
          </w:r>
          <w:r>
            <w:rPr>
              <w:rFonts w:ascii="Times New Roman" w:hAnsi="Times New Roman" w:cs="Times New Roman"/>
              <w:bCs/>
              <w:sz w:val="14"/>
              <w:szCs w:val="14"/>
            </w:rPr>
            <w:t xml:space="preserve"> FTM-</w:t>
          </w:r>
          <w:r w:rsidR="008B3067">
            <w:rPr>
              <w:rFonts w:ascii="Times New Roman" w:hAnsi="Times New Roman" w:cs="Times New Roman"/>
              <w:bCs/>
              <w:sz w:val="14"/>
              <w:szCs w:val="14"/>
            </w:rPr>
            <w:t>FRM</w:t>
          </w:r>
          <w:r>
            <w:rPr>
              <w:rFonts w:ascii="Times New Roman" w:hAnsi="Times New Roman" w:cs="Times New Roman"/>
              <w:bCs/>
              <w:sz w:val="14"/>
              <w:szCs w:val="14"/>
            </w:rPr>
            <w:t>-0</w:t>
          </w:r>
          <w:r w:rsidR="008B3067">
            <w:rPr>
              <w:rFonts w:ascii="Times New Roman" w:hAnsi="Times New Roman" w:cs="Times New Roman"/>
              <w:bCs/>
              <w:sz w:val="14"/>
              <w:szCs w:val="14"/>
            </w:rPr>
            <w:t>4</w:t>
          </w:r>
        </w:p>
      </w:tc>
      <w:tc>
        <w:tcPr>
          <w:tcW w:w="1884" w:type="pct"/>
          <w:vAlign w:val="center"/>
        </w:tcPr>
        <w:p w:rsidR="0093662E" w:rsidRPr="001A0373" w:rsidRDefault="0093662E" w:rsidP="0093662E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Yürürlük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 xml:space="preserve"> </w:t>
          </w: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Tarihi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: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31.10.2025</w:t>
          </w:r>
        </w:p>
      </w:tc>
      <w:tc>
        <w:tcPr>
          <w:tcW w:w="1406" w:type="pct"/>
          <w:vAlign w:val="center"/>
        </w:tcPr>
        <w:p w:rsidR="0093662E" w:rsidRPr="001A0373" w:rsidRDefault="0093662E" w:rsidP="0093662E">
          <w:pPr>
            <w:pStyle w:val="stBilgi"/>
            <w:rPr>
              <w:rFonts w:ascii="Times New Roman" w:hAnsi="Times New Roman" w:cs="Times New Roman"/>
              <w:sz w:val="14"/>
              <w:szCs w:val="14"/>
            </w:rPr>
          </w:pP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Revizyon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 xml:space="preserve"> </w:t>
          </w: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Tarihi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/No: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  <w:proofErr w:type="spellStart"/>
          <w:r w:rsidR="00042F86">
            <w:rPr>
              <w:rFonts w:ascii="Times New Roman" w:hAnsi="Times New Roman" w:cs="Times New Roman"/>
              <w:sz w:val="14"/>
              <w:szCs w:val="14"/>
            </w:rPr>
            <w:t>Yeni</w:t>
          </w:r>
          <w:proofErr w:type="spellEnd"/>
          <w:r w:rsidR="00042F86"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  <w:proofErr w:type="spellStart"/>
          <w:r w:rsidR="00042F86">
            <w:rPr>
              <w:rFonts w:ascii="Times New Roman" w:hAnsi="Times New Roman" w:cs="Times New Roman"/>
              <w:sz w:val="14"/>
              <w:szCs w:val="14"/>
            </w:rPr>
            <w:t>yayımlandı</w:t>
          </w:r>
          <w:proofErr w:type="spellEnd"/>
        </w:p>
      </w:tc>
      <w:tc>
        <w:tcPr>
          <w:tcW w:w="723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</w:tcPr>
        <w:p w:rsidR="0093662E" w:rsidRPr="001A0373" w:rsidRDefault="0093662E" w:rsidP="0093662E">
          <w:pPr>
            <w:pStyle w:val="stBilgi"/>
            <w:spacing w:before="60"/>
            <w:rPr>
              <w:rFonts w:ascii="Times New Roman" w:hAnsi="Times New Roman" w:cs="Times New Roman"/>
              <w:b/>
              <w:bCs/>
              <w:sz w:val="14"/>
              <w:szCs w:val="14"/>
            </w:rPr>
          </w:pPr>
          <w:proofErr w:type="spellStart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>Sayfa</w:t>
          </w:r>
          <w:proofErr w:type="spellEnd"/>
          <w:r w:rsidRPr="001A0373">
            <w:rPr>
              <w:rFonts w:ascii="Times New Roman" w:hAnsi="Times New Roman" w:cs="Times New Roman"/>
              <w:b/>
              <w:sz w:val="14"/>
              <w:szCs w:val="14"/>
            </w:rPr>
            <w:t xml:space="preserve"> No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t xml:space="preserve">: 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instrText>PAGE  \* Arabic  \* MERGEFORMAT</w:instrTex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ascii="Times New Roman" w:hAnsi="Times New Roman"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end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t xml:space="preserve"> / 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begin"/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instrText>NUMPAGES  \* Arabic  \* MERGEFORMAT</w:instrTex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separate"/>
          </w:r>
          <w:r>
            <w:rPr>
              <w:rFonts w:ascii="Times New Roman" w:hAnsi="Times New Roman" w:cs="Times New Roman"/>
              <w:b/>
              <w:bCs/>
              <w:noProof/>
              <w:sz w:val="14"/>
              <w:szCs w:val="14"/>
            </w:rPr>
            <w:t>4</w:t>
          </w:r>
          <w:r w:rsidRPr="001A0373">
            <w:rPr>
              <w:rFonts w:ascii="Times New Roman" w:hAnsi="Times New Roman" w:cs="Times New Roman"/>
              <w:b/>
              <w:bCs/>
              <w:sz w:val="14"/>
              <w:szCs w:val="14"/>
            </w:rPr>
            <w:fldChar w:fldCharType="end"/>
          </w:r>
        </w:p>
      </w:tc>
    </w:tr>
  </w:tbl>
  <w:p w:rsidR="0093662E" w:rsidRPr="0093662E" w:rsidRDefault="0093662E" w:rsidP="0093662E">
    <w:pPr>
      <w:pStyle w:val="stBilgi"/>
      <w:rPr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20357C1"/>
    <w:multiLevelType w:val="hybridMultilevel"/>
    <w:tmpl w:val="7E4EFF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1478D"/>
    <w:multiLevelType w:val="hybridMultilevel"/>
    <w:tmpl w:val="6EECDD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D4E42"/>
    <w:multiLevelType w:val="hybridMultilevel"/>
    <w:tmpl w:val="235CD1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54A3F"/>
    <w:multiLevelType w:val="hybridMultilevel"/>
    <w:tmpl w:val="1DD851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2F86"/>
    <w:rsid w:val="0006063C"/>
    <w:rsid w:val="000A06DA"/>
    <w:rsid w:val="0015074B"/>
    <w:rsid w:val="00213AFB"/>
    <w:rsid w:val="0029639D"/>
    <w:rsid w:val="00326F90"/>
    <w:rsid w:val="00422442"/>
    <w:rsid w:val="006B59BE"/>
    <w:rsid w:val="00743D9E"/>
    <w:rsid w:val="008B3067"/>
    <w:rsid w:val="0093662E"/>
    <w:rsid w:val="009C4843"/>
    <w:rsid w:val="009D762A"/>
    <w:rsid w:val="00AA1D8D"/>
    <w:rsid w:val="00B47730"/>
    <w:rsid w:val="00C729BB"/>
    <w:rsid w:val="00CB0664"/>
    <w:rsid w:val="00E72B8D"/>
    <w:rsid w:val="00FC693F"/>
    <w:rsid w:val="00FD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169A5"/>
  <w14:defaultImageDpi w14:val="300"/>
  <w15:docId w15:val="{DE278F5D-C975-4B06-9748-F8463E91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DzTablo2">
    <w:name w:val="Plain Table 2"/>
    <w:basedOn w:val="NormalTablo"/>
    <w:uiPriority w:val="99"/>
    <w:rsid w:val="009366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97298B-542E-4DCE-925E-63FDC0CA1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210</Words>
  <Characters>1343</Characters>
  <Application>Microsoft Office Word</Application>
  <DocSecurity>0</DocSecurity>
  <Lines>223</Lines>
  <Paragraphs>103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Kenan ERCAN</cp:lastModifiedBy>
  <cp:revision>4</cp:revision>
  <cp:lastPrinted>2025-11-20T09:42:00Z</cp:lastPrinted>
  <dcterms:created xsi:type="dcterms:W3CDTF">2025-11-19T13:14:00Z</dcterms:created>
  <dcterms:modified xsi:type="dcterms:W3CDTF">2025-11-20T10:27:00Z</dcterms:modified>
  <cp:category/>
</cp:coreProperties>
</file>