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7D1C" w:rsidRPr="00DF211E" w:rsidRDefault="006D0530" w:rsidP="00745F3A">
      <w:pPr>
        <w:jc w:val="both"/>
        <w:rPr>
          <w:rFonts w:ascii="Times New Roman" w:hAnsi="Times New Roman" w:cs="Times New Roman"/>
          <w:sz w:val="20"/>
          <w:szCs w:val="20"/>
        </w:rPr>
      </w:pPr>
      <w:r w:rsidRPr="00DF211E">
        <w:rPr>
          <w:rFonts w:ascii="Times New Roman" w:hAnsi="Times New Roman" w:cs="Times New Roman"/>
          <w:i/>
          <w:sz w:val="20"/>
          <w:szCs w:val="20"/>
        </w:rPr>
        <w:t>Bu anket, merkezimizde çalışan personelin iş ortamı, yönetim anlayışı, iletişim, çalışma koşulları ve genel memnuniyet düzeyini belirlemek; elde edilen veriler doğrultusunda kalite yönetim sistemimizi sürekli iyileştirmek amacıyla hazırlanmıştır. Cevaplarınız gizli tutulacak ve yalnızca değerlendirme amacıyla kullanılacaktır.</w:t>
      </w:r>
    </w:p>
    <w:p w:rsidR="00297D1C" w:rsidRPr="00DF211E" w:rsidRDefault="006D0530">
      <w:pPr>
        <w:pStyle w:val="Balk2"/>
        <w:rPr>
          <w:rFonts w:ascii="Times New Roman" w:hAnsi="Times New Roman" w:cs="Times New Roman"/>
          <w:color w:val="auto"/>
          <w:sz w:val="20"/>
          <w:szCs w:val="20"/>
        </w:rPr>
      </w:pPr>
      <w:r w:rsidRPr="00DF211E">
        <w:rPr>
          <w:rFonts w:ascii="Times New Roman" w:hAnsi="Times New Roman" w:cs="Times New Roman"/>
          <w:color w:val="auto"/>
          <w:sz w:val="20"/>
          <w:szCs w:val="20"/>
        </w:rPr>
        <w:t>Genel Bilgiler</w:t>
      </w:r>
    </w:p>
    <w:p w:rsidR="007F3025" w:rsidRPr="00DF211E" w:rsidRDefault="007F3025">
      <w:pPr>
        <w:rPr>
          <w:rFonts w:ascii="Times New Roman" w:hAnsi="Times New Roman" w:cs="Times New Roman"/>
          <w:sz w:val="20"/>
          <w:szCs w:val="20"/>
        </w:rPr>
        <w:sectPr w:rsidR="007F3025" w:rsidRPr="00DF211E" w:rsidSect="004369FE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F3025" w:rsidRPr="00DF211E" w:rsidRDefault="006D0530">
      <w:pPr>
        <w:rPr>
          <w:rFonts w:ascii="Times New Roman" w:hAnsi="Times New Roman" w:cs="Times New Roman"/>
          <w:sz w:val="20"/>
          <w:szCs w:val="20"/>
        </w:rPr>
      </w:pPr>
      <w:r w:rsidRPr="00DF211E">
        <w:rPr>
          <w:rFonts w:ascii="Times New Roman" w:hAnsi="Times New Roman" w:cs="Times New Roman"/>
          <w:b/>
          <w:bCs/>
          <w:sz w:val="20"/>
          <w:szCs w:val="20"/>
        </w:rPr>
        <w:t>1. Göreviniz:</w:t>
      </w:r>
      <w:r w:rsidRPr="00DF211E"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DF211E">
        <w:rPr>
          <w:rFonts w:ascii="Segoe UI Symbol" w:hAnsi="Segoe UI Symbol" w:cs="Segoe UI Symbol"/>
          <w:sz w:val="20"/>
          <w:szCs w:val="20"/>
        </w:rPr>
        <w:t>☐</w:t>
      </w:r>
      <w:r w:rsidRPr="00DF211E">
        <w:rPr>
          <w:rFonts w:ascii="Times New Roman" w:hAnsi="Times New Roman" w:cs="Times New Roman"/>
          <w:sz w:val="20"/>
          <w:szCs w:val="20"/>
        </w:rPr>
        <w:t xml:space="preserve"> Akademik Personel</w:t>
      </w:r>
      <w:r w:rsidRPr="00DF211E">
        <w:rPr>
          <w:rFonts w:ascii="Times New Roman" w:hAnsi="Times New Roman" w:cs="Times New Roman"/>
          <w:sz w:val="20"/>
          <w:szCs w:val="20"/>
        </w:rPr>
        <w:br/>
      </w:r>
      <w:r w:rsidRPr="00DF211E">
        <w:rPr>
          <w:rFonts w:ascii="Segoe UI Symbol" w:hAnsi="Segoe UI Symbol" w:cs="Segoe UI Symbol"/>
          <w:sz w:val="20"/>
          <w:szCs w:val="20"/>
        </w:rPr>
        <w:t>☐</w:t>
      </w:r>
      <w:r w:rsidRPr="00DF211E">
        <w:rPr>
          <w:rFonts w:ascii="Times New Roman" w:hAnsi="Times New Roman" w:cs="Times New Roman"/>
          <w:sz w:val="20"/>
          <w:szCs w:val="20"/>
        </w:rPr>
        <w:t xml:space="preserve"> İdari Personel</w:t>
      </w:r>
    </w:p>
    <w:p w:rsidR="00AC7408" w:rsidRDefault="006D0530" w:rsidP="00E92669">
      <w:pPr>
        <w:rPr>
          <w:rFonts w:ascii="Times New Roman" w:hAnsi="Times New Roman" w:cs="Times New Roman"/>
          <w:sz w:val="20"/>
          <w:szCs w:val="20"/>
        </w:rPr>
      </w:pPr>
      <w:r w:rsidRPr="00DF211E">
        <w:rPr>
          <w:rFonts w:ascii="Times New Roman" w:hAnsi="Times New Roman" w:cs="Times New Roman"/>
          <w:b/>
          <w:bCs/>
          <w:sz w:val="20"/>
          <w:szCs w:val="20"/>
        </w:rPr>
        <w:t>2. Çalışma süreniz:</w:t>
      </w:r>
      <w:r w:rsidR="00E92669" w:rsidRPr="00DF211E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="00E92669" w:rsidRPr="00DF211E">
        <w:rPr>
          <w:rFonts w:ascii="Times New Roman" w:hAnsi="Times New Roman" w:cs="Times New Roman"/>
          <w:sz w:val="20"/>
          <w:szCs w:val="20"/>
        </w:rPr>
        <w:t>…………</w:t>
      </w:r>
      <w:r w:rsidRPr="00DF211E">
        <w:rPr>
          <w:rFonts w:ascii="Times New Roman" w:hAnsi="Times New Roman" w:cs="Times New Roman"/>
          <w:sz w:val="20"/>
          <w:szCs w:val="20"/>
        </w:rPr>
        <w:t xml:space="preserve"> yıl</w:t>
      </w:r>
    </w:p>
    <w:p w:rsidR="007F3025" w:rsidRPr="00DF211E" w:rsidRDefault="006D0530" w:rsidP="00E92669">
      <w:pPr>
        <w:rPr>
          <w:rFonts w:ascii="Times New Roman" w:hAnsi="Times New Roman" w:cs="Times New Roman"/>
          <w:sz w:val="20"/>
          <w:szCs w:val="20"/>
        </w:rPr>
        <w:sectPr w:rsidR="007F3025" w:rsidRPr="00DF211E" w:rsidSect="004369F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DF211E">
        <w:rPr>
          <w:rFonts w:ascii="Times New Roman" w:hAnsi="Times New Roman" w:cs="Times New Roman"/>
          <w:sz w:val="20"/>
          <w:szCs w:val="20"/>
        </w:rPr>
        <w:br/>
      </w:r>
    </w:p>
    <w:p w:rsidR="00297D1C" w:rsidRPr="00DF211E" w:rsidRDefault="00297D1C">
      <w:pPr>
        <w:pStyle w:val="Balk2"/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DzTablo2"/>
        <w:tblW w:w="5000" w:type="pct"/>
        <w:tblLook w:val="0420" w:firstRow="1" w:lastRow="0" w:firstColumn="0" w:lastColumn="0" w:noHBand="0" w:noVBand="1"/>
      </w:tblPr>
      <w:tblGrid>
        <w:gridCol w:w="3934"/>
        <w:gridCol w:w="1417"/>
        <w:gridCol w:w="1417"/>
        <w:gridCol w:w="1417"/>
        <w:gridCol w:w="1417"/>
        <w:gridCol w:w="1414"/>
      </w:tblGrid>
      <w:tr w:rsidR="001A5523" w:rsidRPr="00656FEA" w:rsidTr="001A5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86" w:type="pct"/>
            <w:vAlign w:val="center"/>
            <w:hideMark/>
          </w:tcPr>
          <w:p w:rsidR="007F3025" w:rsidRPr="00656FEA" w:rsidRDefault="00656FEA" w:rsidP="007F3025">
            <w:pPr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cs="Times New Roman"/>
                <w:b/>
                <w:bCs w:val="0"/>
                <w:szCs w:val="20"/>
              </w:rPr>
              <w:t>Çalışma Ortamı ve Fiziksel Koşullar</w:t>
            </w:r>
          </w:p>
        </w:tc>
        <w:tc>
          <w:tcPr>
            <w:tcW w:w="643" w:type="pct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Hiç Memnun Değilim</w:t>
            </w:r>
          </w:p>
        </w:tc>
        <w:tc>
          <w:tcPr>
            <w:tcW w:w="643" w:type="pct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Memnun Değilim</w:t>
            </w:r>
          </w:p>
        </w:tc>
        <w:tc>
          <w:tcPr>
            <w:tcW w:w="643" w:type="pct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Kararsızım</w:t>
            </w:r>
          </w:p>
        </w:tc>
        <w:tc>
          <w:tcPr>
            <w:tcW w:w="643" w:type="pct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Memnunum</w:t>
            </w:r>
          </w:p>
        </w:tc>
        <w:tc>
          <w:tcPr>
            <w:tcW w:w="643" w:type="pct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Çok Memnunum</w:t>
            </w:r>
          </w:p>
        </w:tc>
      </w:tr>
      <w:tr w:rsidR="001A5523" w:rsidRPr="00DF211E" w:rsidTr="001A552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pct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Çalışma alanlarının temizlik ve düzeni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1A5523" w:rsidRPr="00DF211E" w:rsidTr="001A5523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pct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Laboratuvar ve ofis ekipmanlarının yeterliliği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1A5523" w:rsidRPr="00DF211E" w:rsidTr="001A552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pct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Güvenlik ve iş sağlığı koşulları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1A5523" w:rsidRPr="00DF211E" w:rsidTr="001A5523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pct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Dinlenme ve sosyal alanların yeterliliği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43" w:type="pct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</w:tbl>
    <w:p w:rsidR="00297D1C" w:rsidRPr="00DF211E" w:rsidRDefault="00297D1C">
      <w:pPr>
        <w:pStyle w:val="Balk2"/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DzTablo2"/>
        <w:tblW w:w="5000" w:type="pct"/>
        <w:tblLook w:val="0420" w:firstRow="1" w:lastRow="0" w:firstColumn="0" w:lastColumn="0" w:noHBand="0" w:noVBand="1"/>
      </w:tblPr>
      <w:tblGrid>
        <w:gridCol w:w="3511"/>
        <w:gridCol w:w="141"/>
        <w:gridCol w:w="1331"/>
        <w:gridCol w:w="141"/>
        <w:gridCol w:w="1333"/>
        <w:gridCol w:w="141"/>
        <w:gridCol w:w="1331"/>
        <w:gridCol w:w="141"/>
        <w:gridCol w:w="1333"/>
        <w:gridCol w:w="141"/>
        <w:gridCol w:w="1331"/>
        <w:gridCol w:w="141"/>
      </w:tblGrid>
      <w:tr w:rsidR="00656FEA" w:rsidRPr="00656FEA" w:rsidTr="00656FE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" w:type="pct"/>
        </w:trPr>
        <w:tc>
          <w:tcPr>
            <w:tcW w:w="1594" w:type="pct"/>
            <w:vAlign w:val="center"/>
            <w:hideMark/>
          </w:tcPr>
          <w:p w:rsidR="007F3025" w:rsidRPr="00656FEA" w:rsidRDefault="00656FEA" w:rsidP="00656FEA">
            <w:pPr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cs="Times New Roman"/>
                <w:b/>
                <w:bCs w:val="0"/>
                <w:szCs w:val="20"/>
              </w:rPr>
              <w:t>Yönetim, İletişim ve Katılım</w:t>
            </w:r>
          </w:p>
        </w:tc>
        <w:tc>
          <w:tcPr>
            <w:tcW w:w="668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Hiç Memnun Değilim</w:t>
            </w:r>
          </w:p>
        </w:tc>
        <w:tc>
          <w:tcPr>
            <w:tcW w:w="669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Memnun Değilim</w:t>
            </w:r>
          </w:p>
        </w:tc>
        <w:tc>
          <w:tcPr>
            <w:tcW w:w="668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Kararsızım</w:t>
            </w:r>
          </w:p>
        </w:tc>
        <w:tc>
          <w:tcPr>
            <w:tcW w:w="669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Memnunum</w:t>
            </w:r>
          </w:p>
        </w:tc>
        <w:tc>
          <w:tcPr>
            <w:tcW w:w="668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Çok Memnunum</w:t>
            </w:r>
          </w:p>
        </w:tc>
      </w:tr>
      <w:tr w:rsidR="00700F01" w:rsidRPr="00DF211E" w:rsidTr="00656FE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Üst yönetimle iletişim kolaylığı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700F01" w:rsidRPr="00DF211E" w:rsidTr="00656FE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Görüş ve önerilerimin dikkate alınması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700F01" w:rsidRPr="00DF211E" w:rsidTr="00656FE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Karar alma süreçlerine katılım düzeyim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700F01" w:rsidRPr="00DF211E" w:rsidTr="00656FE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Çalışma arkadaşlarımla işbirliği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</w:tbl>
    <w:p w:rsidR="00297D1C" w:rsidRPr="00DF211E" w:rsidRDefault="00297D1C">
      <w:pPr>
        <w:pStyle w:val="Balk2"/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DzTablo2"/>
        <w:tblW w:w="5000" w:type="pct"/>
        <w:tblLook w:val="0420" w:firstRow="1" w:lastRow="0" w:firstColumn="0" w:lastColumn="0" w:noHBand="0" w:noVBand="1"/>
      </w:tblPr>
      <w:tblGrid>
        <w:gridCol w:w="3533"/>
        <w:gridCol w:w="119"/>
        <w:gridCol w:w="1353"/>
        <w:gridCol w:w="119"/>
        <w:gridCol w:w="1355"/>
        <w:gridCol w:w="119"/>
        <w:gridCol w:w="1353"/>
        <w:gridCol w:w="119"/>
        <w:gridCol w:w="1355"/>
        <w:gridCol w:w="119"/>
        <w:gridCol w:w="1353"/>
        <w:gridCol w:w="119"/>
      </w:tblGrid>
      <w:tr w:rsidR="001A5523" w:rsidRPr="00656FEA" w:rsidTr="00656FE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4" w:type="pct"/>
        </w:trPr>
        <w:tc>
          <w:tcPr>
            <w:tcW w:w="1604" w:type="pct"/>
            <w:vAlign w:val="center"/>
            <w:hideMark/>
          </w:tcPr>
          <w:p w:rsidR="007F3025" w:rsidRPr="00656FEA" w:rsidRDefault="00656FEA" w:rsidP="007F3025">
            <w:pPr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cs="Times New Roman"/>
                <w:b/>
                <w:bCs w:val="0"/>
                <w:szCs w:val="20"/>
              </w:rPr>
              <w:t>Eğitim, Gelişim ve Motivasyon</w:t>
            </w:r>
          </w:p>
        </w:tc>
        <w:tc>
          <w:tcPr>
            <w:tcW w:w="668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Hiç Memnun Değilim</w:t>
            </w:r>
          </w:p>
        </w:tc>
        <w:tc>
          <w:tcPr>
            <w:tcW w:w="669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Memnun Değilim</w:t>
            </w:r>
          </w:p>
        </w:tc>
        <w:tc>
          <w:tcPr>
            <w:tcW w:w="668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Kararsızım</w:t>
            </w:r>
          </w:p>
        </w:tc>
        <w:tc>
          <w:tcPr>
            <w:tcW w:w="669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Memnunum</w:t>
            </w:r>
          </w:p>
        </w:tc>
        <w:tc>
          <w:tcPr>
            <w:tcW w:w="668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Çok Memnunum</w:t>
            </w:r>
          </w:p>
        </w:tc>
      </w:tr>
      <w:tr w:rsidR="001A5523" w:rsidRPr="00DF211E" w:rsidTr="00656FE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Hizmet içi eğitim olanakları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1A5523" w:rsidRPr="00DF211E" w:rsidTr="00656FE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Mesleki gelişim için sağlanan destek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1A5523" w:rsidRPr="00DF211E" w:rsidTr="00656FE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Başarı ve performansın takdir edilmesi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1A5523" w:rsidRPr="00DF211E" w:rsidTr="00656FE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Çalışma motivasyonumun genel düzeyi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6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</w:tbl>
    <w:p w:rsidR="00297D1C" w:rsidRPr="00DF211E" w:rsidRDefault="00297D1C">
      <w:pPr>
        <w:pStyle w:val="Balk2"/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DzTablo2"/>
        <w:tblW w:w="5003" w:type="pct"/>
        <w:tblLook w:val="0420" w:firstRow="1" w:lastRow="0" w:firstColumn="0" w:lastColumn="0" w:noHBand="0" w:noVBand="1"/>
      </w:tblPr>
      <w:tblGrid>
        <w:gridCol w:w="3392"/>
        <w:gridCol w:w="117"/>
        <w:gridCol w:w="1235"/>
        <w:gridCol w:w="117"/>
        <w:gridCol w:w="1424"/>
        <w:gridCol w:w="117"/>
        <w:gridCol w:w="1424"/>
        <w:gridCol w:w="117"/>
        <w:gridCol w:w="1424"/>
        <w:gridCol w:w="117"/>
        <w:gridCol w:w="1422"/>
        <w:gridCol w:w="117"/>
      </w:tblGrid>
      <w:tr w:rsidR="001A5523" w:rsidRPr="00656FEA" w:rsidTr="00656FE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3" w:type="pct"/>
        </w:trPr>
        <w:tc>
          <w:tcPr>
            <w:tcW w:w="1539" w:type="pct"/>
            <w:vAlign w:val="center"/>
            <w:hideMark/>
          </w:tcPr>
          <w:p w:rsidR="007F3025" w:rsidRPr="00656FEA" w:rsidRDefault="00656FEA" w:rsidP="007F3025">
            <w:pPr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cs="Times New Roman"/>
                <w:b/>
                <w:bCs w:val="0"/>
                <w:szCs w:val="20"/>
              </w:rPr>
              <w:t>Kurumsal Kültür ve Kalite Bilinci</w:t>
            </w:r>
          </w:p>
        </w:tc>
        <w:tc>
          <w:tcPr>
            <w:tcW w:w="613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Hiç Memnun Değilim</w:t>
            </w:r>
          </w:p>
        </w:tc>
        <w:tc>
          <w:tcPr>
            <w:tcW w:w="699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Memnun Değilim</w:t>
            </w:r>
          </w:p>
        </w:tc>
        <w:tc>
          <w:tcPr>
            <w:tcW w:w="699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Kararsızım</w:t>
            </w:r>
          </w:p>
        </w:tc>
        <w:tc>
          <w:tcPr>
            <w:tcW w:w="699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Memnunum</w:t>
            </w:r>
          </w:p>
        </w:tc>
        <w:tc>
          <w:tcPr>
            <w:tcW w:w="698" w:type="pct"/>
            <w:gridSpan w:val="2"/>
            <w:vAlign w:val="center"/>
            <w:hideMark/>
          </w:tcPr>
          <w:p w:rsidR="007F3025" w:rsidRPr="00656FEA" w:rsidRDefault="007F3025" w:rsidP="007F3025">
            <w:pPr>
              <w:jc w:val="center"/>
              <w:rPr>
                <w:rFonts w:eastAsia="Times New Roman" w:cs="Times New Roman"/>
                <w:b/>
                <w:bCs w:val="0"/>
              </w:rPr>
            </w:pPr>
            <w:r w:rsidRPr="00656FEA">
              <w:rPr>
                <w:rFonts w:eastAsia="Times New Roman" w:cs="Times New Roman"/>
                <w:b/>
                <w:bCs w:val="0"/>
              </w:rPr>
              <w:t>Çok Memnunum</w:t>
            </w:r>
          </w:p>
        </w:tc>
      </w:tr>
      <w:tr w:rsidR="001A5523" w:rsidRPr="00DF211E" w:rsidTr="001A552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2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Kalite yönetim sisteminin uygulanması</w:t>
            </w:r>
          </w:p>
        </w:tc>
        <w:tc>
          <w:tcPr>
            <w:tcW w:w="613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9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9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9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9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  <w:tr w:rsidR="001A5523" w:rsidRPr="00DF211E" w:rsidTr="001A5523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2" w:type="pct"/>
            <w:gridSpan w:val="2"/>
            <w:vAlign w:val="center"/>
          </w:tcPr>
          <w:p w:rsidR="00297D1C" w:rsidRPr="00DF211E" w:rsidRDefault="006D0530" w:rsidP="007F3025">
            <w:pPr>
              <w:rPr>
                <w:rFonts w:cs="Times New Roman"/>
                <w:szCs w:val="20"/>
              </w:rPr>
            </w:pPr>
            <w:r w:rsidRPr="00DF211E">
              <w:rPr>
                <w:rFonts w:cs="Times New Roman"/>
                <w:szCs w:val="20"/>
              </w:rPr>
              <w:t>İş süreçlerinde etik ve adalet anlayışı</w:t>
            </w:r>
          </w:p>
        </w:tc>
        <w:tc>
          <w:tcPr>
            <w:tcW w:w="613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9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9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99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  <w:tc>
          <w:tcPr>
            <w:tcW w:w="698" w:type="pct"/>
            <w:gridSpan w:val="2"/>
            <w:vAlign w:val="center"/>
          </w:tcPr>
          <w:p w:rsidR="00297D1C" w:rsidRPr="00DF211E" w:rsidRDefault="006D0530" w:rsidP="007F3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 w:rsidRPr="00DF211E">
              <w:rPr>
                <w:rFonts w:ascii="Segoe UI Symbol" w:hAnsi="Segoe UI Symbol" w:cs="Segoe UI Symbol"/>
                <w:szCs w:val="20"/>
              </w:rPr>
              <w:t>☐</w:t>
            </w:r>
          </w:p>
        </w:tc>
      </w:tr>
    </w:tbl>
    <w:p w:rsidR="00297D1C" w:rsidRPr="00DF211E" w:rsidRDefault="006D0530">
      <w:pPr>
        <w:pStyle w:val="Balk2"/>
        <w:rPr>
          <w:rFonts w:ascii="Times New Roman" w:hAnsi="Times New Roman" w:cs="Times New Roman"/>
          <w:color w:val="auto"/>
          <w:sz w:val="20"/>
          <w:szCs w:val="20"/>
        </w:rPr>
      </w:pPr>
      <w:r w:rsidRPr="00DF211E">
        <w:rPr>
          <w:rFonts w:ascii="Times New Roman" w:hAnsi="Times New Roman" w:cs="Times New Roman"/>
          <w:color w:val="auto"/>
          <w:sz w:val="20"/>
          <w:szCs w:val="20"/>
        </w:rPr>
        <w:t>Genel Memnuniyet</w:t>
      </w:r>
    </w:p>
    <w:p w:rsidR="00297D1C" w:rsidRPr="00DF211E" w:rsidRDefault="006D0530">
      <w:pPr>
        <w:rPr>
          <w:rFonts w:ascii="Times New Roman" w:hAnsi="Times New Roman" w:cs="Times New Roman"/>
          <w:sz w:val="20"/>
          <w:szCs w:val="20"/>
        </w:rPr>
      </w:pPr>
      <w:r w:rsidRPr="00DF211E">
        <w:rPr>
          <w:rFonts w:ascii="Times New Roman" w:hAnsi="Times New Roman" w:cs="Times New Roman"/>
          <w:sz w:val="20"/>
          <w:szCs w:val="20"/>
        </w:rPr>
        <w:t>1. Genel olarak kurumunuzdan ne derece memnunsunuz?</w:t>
      </w:r>
      <w:r w:rsidRPr="00DF211E">
        <w:rPr>
          <w:rFonts w:ascii="Times New Roman" w:hAnsi="Times New Roman" w:cs="Times New Roman"/>
          <w:sz w:val="20"/>
          <w:szCs w:val="20"/>
        </w:rPr>
        <w:br/>
      </w:r>
      <w:r w:rsidRPr="00DF211E">
        <w:rPr>
          <w:rFonts w:ascii="Segoe UI Symbol" w:hAnsi="Segoe UI Symbol" w:cs="Segoe UI Symbol"/>
          <w:sz w:val="20"/>
          <w:szCs w:val="20"/>
        </w:rPr>
        <w:t>☐</w:t>
      </w:r>
      <w:r w:rsidRPr="00DF211E">
        <w:rPr>
          <w:rFonts w:ascii="Times New Roman" w:hAnsi="Times New Roman" w:cs="Times New Roman"/>
          <w:sz w:val="20"/>
          <w:szCs w:val="20"/>
        </w:rPr>
        <w:t xml:space="preserve"> </w:t>
      </w:r>
      <w:r w:rsidR="00AC7408" w:rsidRPr="00DF211E">
        <w:rPr>
          <w:rFonts w:ascii="Times New Roman" w:hAnsi="Times New Roman" w:cs="Times New Roman"/>
          <w:sz w:val="20"/>
          <w:szCs w:val="20"/>
        </w:rPr>
        <w:t xml:space="preserve">Hiç memnun değilim </w:t>
      </w:r>
      <w:r w:rsidRPr="00DF211E">
        <w:rPr>
          <w:rFonts w:ascii="Segoe UI Symbol" w:hAnsi="Segoe UI Symbol" w:cs="Segoe UI Symbol"/>
          <w:sz w:val="20"/>
          <w:szCs w:val="20"/>
        </w:rPr>
        <w:t>☐</w:t>
      </w:r>
      <w:r w:rsidRPr="00DF211E">
        <w:rPr>
          <w:rFonts w:ascii="Times New Roman" w:hAnsi="Times New Roman" w:cs="Times New Roman"/>
          <w:sz w:val="20"/>
          <w:szCs w:val="20"/>
        </w:rPr>
        <w:t xml:space="preserve"> </w:t>
      </w:r>
      <w:r w:rsidR="00AC7408" w:rsidRPr="00DF211E">
        <w:rPr>
          <w:rFonts w:ascii="Times New Roman" w:hAnsi="Times New Roman" w:cs="Times New Roman"/>
          <w:sz w:val="20"/>
          <w:szCs w:val="20"/>
        </w:rPr>
        <w:t xml:space="preserve">Memnun değilim </w:t>
      </w:r>
      <w:r w:rsidRPr="00DF211E">
        <w:rPr>
          <w:rFonts w:ascii="Segoe UI Symbol" w:hAnsi="Segoe UI Symbol" w:cs="Segoe UI Symbol"/>
          <w:sz w:val="20"/>
          <w:szCs w:val="20"/>
        </w:rPr>
        <w:t>☐</w:t>
      </w:r>
      <w:r w:rsidRPr="00DF211E">
        <w:rPr>
          <w:rFonts w:ascii="Times New Roman" w:hAnsi="Times New Roman" w:cs="Times New Roman"/>
          <w:sz w:val="20"/>
          <w:szCs w:val="20"/>
        </w:rPr>
        <w:t xml:space="preserve"> Kararsızım </w:t>
      </w:r>
      <w:r w:rsidRPr="00DF211E">
        <w:rPr>
          <w:rFonts w:ascii="Segoe UI Symbol" w:hAnsi="Segoe UI Symbol" w:cs="Segoe UI Symbol"/>
          <w:sz w:val="20"/>
          <w:szCs w:val="20"/>
        </w:rPr>
        <w:t>☐</w:t>
      </w:r>
      <w:r w:rsidRPr="00DF211E">
        <w:rPr>
          <w:rFonts w:ascii="Times New Roman" w:hAnsi="Times New Roman" w:cs="Times New Roman"/>
          <w:sz w:val="20"/>
          <w:szCs w:val="20"/>
        </w:rPr>
        <w:t xml:space="preserve"> </w:t>
      </w:r>
      <w:r w:rsidR="00AC7408" w:rsidRPr="00DF211E">
        <w:rPr>
          <w:rFonts w:ascii="Times New Roman" w:hAnsi="Times New Roman" w:cs="Times New Roman"/>
          <w:sz w:val="20"/>
          <w:szCs w:val="20"/>
        </w:rPr>
        <w:t xml:space="preserve">Memnunum </w:t>
      </w:r>
      <w:r w:rsidRPr="00DF211E">
        <w:rPr>
          <w:rFonts w:ascii="Segoe UI Symbol" w:hAnsi="Segoe UI Symbol" w:cs="Segoe UI Symbol"/>
          <w:sz w:val="20"/>
          <w:szCs w:val="20"/>
        </w:rPr>
        <w:t>☐</w:t>
      </w:r>
      <w:r w:rsidRPr="00DF211E">
        <w:rPr>
          <w:rFonts w:ascii="Times New Roman" w:hAnsi="Times New Roman" w:cs="Times New Roman"/>
          <w:sz w:val="20"/>
          <w:szCs w:val="20"/>
        </w:rPr>
        <w:t xml:space="preserve"> </w:t>
      </w:r>
      <w:r w:rsidR="00AC7408" w:rsidRPr="00DF211E">
        <w:rPr>
          <w:rFonts w:ascii="Times New Roman" w:hAnsi="Times New Roman" w:cs="Times New Roman"/>
          <w:sz w:val="20"/>
          <w:szCs w:val="20"/>
        </w:rPr>
        <w:t>Çok memnunum</w:t>
      </w:r>
    </w:p>
    <w:p w:rsidR="001A5523" w:rsidRDefault="001A5523">
      <w:pPr>
        <w:rPr>
          <w:rFonts w:ascii="Times New Roman" w:hAnsi="Times New Roman" w:cs="Times New Roman"/>
          <w:sz w:val="20"/>
          <w:szCs w:val="20"/>
        </w:rPr>
      </w:pPr>
    </w:p>
    <w:p w:rsidR="001A5523" w:rsidRDefault="006D0530" w:rsidP="00656FE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656FEA">
        <w:rPr>
          <w:rFonts w:ascii="Times New Roman" w:hAnsi="Times New Roman" w:cs="Times New Roman"/>
          <w:b/>
          <w:bCs/>
          <w:sz w:val="20"/>
          <w:szCs w:val="20"/>
        </w:rPr>
        <w:lastRenderedPageBreak/>
        <w:t>2. Kurumda yapılmasını istediğiniz iyileştirmeler:</w:t>
      </w:r>
      <w:r w:rsidRPr="00656FEA"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DF211E">
        <w:rPr>
          <w:rFonts w:ascii="Times New Roman" w:hAnsi="Times New Roman" w:cs="Times New Roman"/>
          <w:sz w:val="20"/>
          <w:szCs w:val="20"/>
        </w:rPr>
        <w:t>....................................................</w:t>
      </w:r>
      <w:r w:rsidR="00700F01" w:rsidRPr="00DF211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Pr="00DF211E">
        <w:rPr>
          <w:rFonts w:ascii="Times New Roman" w:hAnsi="Times New Roman" w:cs="Times New Roman"/>
          <w:sz w:val="20"/>
          <w:szCs w:val="20"/>
        </w:rPr>
        <w:br/>
      </w:r>
      <w:r w:rsidR="001A5523" w:rsidRPr="00DF211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</w:r>
    </w:p>
    <w:p w:rsidR="00297D1C" w:rsidRPr="00DF211E" w:rsidRDefault="006D0530" w:rsidP="00656FE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656FEA">
        <w:rPr>
          <w:rFonts w:ascii="Times New Roman" w:hAnsi="Times New Roman" w:cs="Times New Roman"/>
          <w:b/>
          <w:bCs/>
          <w:sz w:val="20"/>
          <w:szCs w:val="20"/>
        </w:rPr>
        <w:t>3. Eklemek istediğiniz görüş veya öneriler:</w:t>
      </w:r>
      <w:r w:rsidRPr="00656FEA">
        <w:rPr>
          <w:rFonts w:ascii="Times New Roman" w:hAnsi="Times New Roman" w:cs="Times New Roman"/>
          <w:b/>
          <w:bCs/>
          <w:sz w:val="20"/>
          <w:szCs w:val="20"/>
        </w:rPr>
        <w:br/>
      </w:r>
      <w:r w:rsidR="001A5523" w:rsidRPr="00DF211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  <w:t>...........................................................................................................................................................................</w:t>
      </w:r>
      <w:r w:rsidR="001A5523">
        <w:rPr>
          <w:rFonts w:ascii="Times New Roman" w:hAnsi="Times New Roman" w:cs="Times New Roman"/>
          <w:sz w:val="20"/>
          <w:szCs w:val="20"/>
        </w:rPr>
        <w:t>.............................................</w:t>
      </w:r>
      <w:r w:rsidR="001A5523" w:rsidRPr="00DF211E">
        <w:rPr>
          <w:rFonts w:ascii="Times New Roman" w:hAnsi="Times New Roman" w:cs="Times New Roman"/>
          <w:sz w:val="20"/>
          <w:szCs w:val="20"/>
        </w:rPr>
        <w:br/>
      </w:r>
    </w:p>
    <w:sectPr w:rsidR="00297D1C" w:rsidRPr="00DF211E" w:rsidSect="004369F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646E9" w:rsidRDefault="008646E9" w:rsidP="009F2F1A">
      <w:pPr>
        <w:spacing w:after="0" w:line="240" w:lineRule="auto"/>
      </w:pPr>
      <w:r>
        <w:separator/>
      </w:r>
    </w:p>
  </w:endnote>
  <w:endnote w:type="continuationSeparator" w:id="0">
    <w:p w:rsidR="008646E9" w:rsidRDefault="008646E9" w:rsidP="009F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57" w:type="dxa"/>
      <w:tblInd w:w="-7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64"/>
      <w:gridCol w:w="2764"/>
      <w:gridCol w:w="2764"/>
      <w:gridCol w:w="2765"/>
    </w:tblGrid>
    <w:tr w:rsidR="00B35F78" w:rsidRPr="00906554" w:rsidTr="004369FE">
      <w:trPr>
        <w:cantSplit/>
        <w:trHeight w:val="111"/>
      </w:trPr>
      <w:tc>
        <w:tcPr>
          <w:tcW w:w="276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B35F78" w:rsidRDefault="00B35F78" w:rsidP="00B35F78">
          <w:pPr>
            <w:widowControl w:val="0"/>
            <w:autoSpaceDE w:val="0"/>
            <w:autoSpaceDN w:val="0"/>
            <w:adjustRightInd w:val="0"/>
            <w:spacing w:before="120" w:after="12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HAZIRLAYAN</w:t>
          </w:r>
        </w:p>
      </w:tc>
      <w:tc>
        <w:tcPr>
          <w:tcW w:w="276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B35F78" w:rsidRDefault="00B35F78" w:rsidP="00B35F78">
          <w:pPr>
            <w:widowControl w:val="0"/>
            <w:autoSpaceDE w:val="0"/>
            <w:autoSpaceDN w:val="0"/>
            <w:adjustRightInd w:val="0"/>
            <w:spacing w:before="120" w:after="12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KONTROL EDEN</w:t>
          </w:r>
        </w:p>
      </w:tc>
      <w:tc>
        <w:tcPr>
          <w:tcW w:w="276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B35F78" w:rsidRDefault="00B35F78" w:rsidP="00B35F78">
          <w:pPr>
            <w:widowControl w:val="0"/>
            <w:autoSpaceDE w:val="0"/>
            <w:autoSpaceDN w:val="0"/>
            <w:adjustRightInd w:val="0"/>
            <w:spacing w:before="120" w:after="12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ONAYLAYAN</w:t>
          </w:r>
        </w:p>
      </w:tc>
      <w:tc>
        <w:tcPr>
          <w:tcW w:w="276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B35F78" w:rsidRDefault="00B35F78" w:rsidP="00B35F78">
          <w:pPr>
            <w:widowControl w:val="0"/>
            <w:autoSpaceDE w:val="0"/>
            <w:autoSpaceDN w:val="0"/>
            <w:adjustRightInd w:val="0"/>
            <w:spacing w:before="120" w:after="12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ONAYLAYAN</w:t>
          </w:r>
        </w:p>
      </w:tc>
    </w:tr>
    <w:tr w:rsidR="00B35F78" w:rsidRPr="00906554" w:rsidTr="004369FE">
      <w:trPr>
        <w:cantSplit/>
        <w:trHeight w:val="702"/>
      </w:trPr>
      <w:tc>
        <w:tcPr>
          <w:tcW w:w="276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B35F78" w:rsidRPr="00906554" w:rsidRDefault="00B35F78" w:rsidP="00B35F78">
          <w:pPr>
            <w:widowControl w:val="0"/>
            <w:autoSpaceDE w:val="0"/>
            <w:autoSpaceDN w:val="0"/>
            <w:adjustRightInd w:val="0"/>
            <w:spacing w:after="0" w:line="240" w:lineRule="auto"/>
            <w:ind w:left="157" w:hanging="157"/>
            <w:jc w:val="center"/>
            <w:rPr>
              <w:rFonts w:eastAsia="Times New Roman" w:cs="Times New Roman"/>
              <w:sz w:val="14"/>
              <w:szCs w:val="14"/>
              <w:lang w:eastAsia="tr-TR"/>
            </w:rPr>
          </w:pPr>
          <w:r>
            <w:rPr>
              <w:rFonts w:eastAsia="Times New Roman" w:cs="Times New Roman"/>
              <w:sz w:val="14"/>
              <w:szCs w:val="14"/>
              <w:lang w:eastAsia="tr-TR"/>
            </w:rPr>
            <w:t>Birim</w:t>
          </w:r>
          <w:r w:rsidRPr="00906554">
            <w:rPr>
              <w:rFonts w:eastAsia="Times New Roman" w:cs="Times New Roman"/>
              <w:sz w:val="14"/>
              <w:szCs w:val="14"/>
              <w:lang w:eastAsia="tr-TR"/>
            </w:rPr>
            <w:t xml:space="preserve"> Kalite Temsilcisi</w:t>
          </w:r>
        </w:p>
      </w:tc>
      <w:tc>
        <w:tcPr>
          <w:tcW w:w="276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B35F78" w:rsidRPr="00906554" w:rsidRDefault="00B35F78" w:rsidP="00B35F78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 w:cs="Times New Roman"/>
              <w:sz w:val="14"/>
              <w:szCs w:val="14"/>
              <w:lang w:eastAsia="tr-TR"/>
            </w:rPr>
          </w:pPr>
          <w:r w:rsidRPr="00906554">
            <w:rPr>
              <w:rFonts w:eastAsia="Times New Roman" w:cs="Times New Roman"/>
              <w:sz w:val="14"/>
              <w:szCs w:val="14"/>
              <w:lang w:eastAsia="tr-TR"/>
            </w:rPr>
            <w:t xml:space="preserve">Kalite </w:t>
          </w:r>
          <w:r>
            <w:rPr>
              <w:rFonts w:eastAsia="Times New Roman" w:cs="Times New Roman"/>
              <w:sz w:val="14"/>
              <w:szCs w:val="14"/>
              <w:lang w:eastAsia="tr-TR"/>
            </w:rPr>
            <w:t>Geliştirme</w:t>
          </w:r>
          <w:r w:rsidRPr="00906554">
            <w:rPr>
              <w:rFonts w:eastAsia="Times New Roman" w:cs="Times New Roman"/>
              <w:sz w:val="14"/>
              <w:szCs w:val="14"/>
              <w:lang w:eastAsia="tr-TR"/>
            </w:rPr>
            <w:t xml:space="preserve"> Koordinatörü</w:t>
          </w:r>
        </w:p>
      </w:tc>
      <w:tc>
        <w:tcPr>
          <w:tcW w:w="276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B35F78" w:rsidRPr="00906554" w:rsidRDefault="00B35F78" w:rsidP="00B35F78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 w:cs="Times New Roman"/>
              <w:sz w:val="14"/>
              <w:szCs w:val="14"/>
              <w:lang w:eastAsia="tr-TR"/>
            </w:rPr>
          </w:pPr>
          <w:r>
            <w:rPr>
              <w:rFonts w:eastAsia="Times New Roman" w:cs="Times New Roman"/>
              <w:sz w:val="14"/>
              <w:szCs w:val="14"/>
              <w:lang w:eastAsia="tr-TR"/>
            </w:rPr>
            <w:t>Merkez Müdür Yardımcısı</w:t>
          </w:r>
        </w:p>
      </w:tc>
      <w:tc>
        <w:tcPr>
          <w:tcW w:w="276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B35F78" w:rsidRPr="00906554" w:rsidRDefault="00B35F78" w:rsidP="00B35F78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 w:cs="Times New Roman"/>
              <w:sz w:val="14"/>
              <w:szCs w:val="14"/>
              <w:lang w:eastAsia="tr-TR"/>
            </w:rPr>
          </w:pPr>
          <w:r>
            <w:rPr>
              <w:rFonts w:eastAsia="Times New Roman" w:cs="Times New Roman"/>
              <w:sz w:val="14"/>
              <w:szCs w:val="14"/>
              <w:lang w:eastAsia="tr-TR"/>
            </w:rPr>
            <w:t>Merkez Müdürü</w:t>
          </w:r>
        </w:p>
      </w:tc>
    </w:tr>
  </w:tbl>
  <w:p w:rsidR="00B35F78" w:rsidRPr="00B35F78" w:rsidRDefault="00B35F78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646E9" w:rsidRDefault="008646E9" w:rsidP="009F2F1A">
      <w:pPr>
        <w:spacing w:after="0" w:line="240" w:lineRule="auto"/>
      </w:pPr>
      <w:r>
        <w:separator/>
      </w:r>
    </w:p>
  </w:footnote>
  <w:footnote w:type="continuationSeparator" w:id="0">
    <w:p w:rsidR="008646E9" w:rsidRDefault="008646E9" w:rsidP="009F2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F2F1A" w:rsidRPr="009F2F1A" w:rsidRDefault="009F2F1A" w:rsidP="009F2F1A">
    <w:pPr>
      <w:pStyle w:val="a"/>
      <w:rPr>
        <w:sz w:val="4"/>
        <w:szCs w:val="4"/>
        <w:lang w:val="tr-TR"/>
      </w:rPr>
    </w:pPr>
  </w:p>
  <w:tbl>
    <w:tblPr>
      <w:tblW w:w="4924" w:type="pct"/>
      <w:tblInd w:w="7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6"/>
      <w:gridCol w:w="4060"/>
      <w:gridCol w:w="3030"/>
      <w:gridCol w:w="1558"/>
    </w:tblGrid>
    <w:tr w:rsidR="004369FE" w:rsidRPr="00211120" w:rsidTr="004369FE">
      <w:trPr>
        <w:cantSplit/>
        <w:trHeight w:val="1269"/>
      </w:trPr>
      <w:tc>
        <w:tcPr>
          <w:tcW w:w="987" w:type="pct"/>
          <w:vAlign w:val="center"/>
        </w:tcPr>
        <w:p w:rsidR="009F2F1A" w:rsidRPr="002964E3" w:rsidRDefault="009F2F1A" w:rsidP="009F2F1A">
          <w:pPr>
            <w:pStyle w:val="stBilgi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drawing>
              <wp:inline distT="0" distB="0" distL="0" distR="0">
                <wp:extent cx="807720" cy="814130"/>
                <wp:effectExtent l="0" t="0" r="508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/>
                        <pic:cNvPicPr/>
                      </pic:nvPicPr>
                      <pic:blipFill rotWithShape="1">
                        <a:blip r:embed="rId1"/>
                        <a:srcRect l="9896" t="9258" r="9656" b="9657"/>
                        <a:stretch/>
                      </pic:blipFill>
                      <pic:spPr bwMode="auto">
                        <a:xfrm>
                          <a:off x="0" y="0"/>
                          <a:ext cx="866145" cy="873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0" w:type="pct"/>
          <w:gridSpan w:val="2"/>
          <w:vAlign w:val="center"/>
        </w:tcPr>
        <w:p w:rsidR="009F2F1A" w:rsidRPr="009F2F1A" w:rsidRDefault="009F2F1A" w:rsidP="009F2F1A">
          <w:pPr>
            <w:spacing w:after="0"/>
            <w:contextualSpacing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F2F1A">
            <w:rPr>
              <w:rFonts w:ascii="Times New Roman" w:hAnsi="Times New Roman" w:cs="Times New Roman"/>
              <w:b/>
              <w:bCs/>
              <w:sz w:val="24"/>
              <w:szCs w:val="24"/>
            </w:rPr>
            <w:t>GAZİANTEP ÜNİVERSİTESİ</w:t>
          </w:r>
        </w:p>
        <w:p w:rsidR="009F2F1A" w:rsidRPr="009F2F1A" w:rsidRDefault="009F2F1A" w:rsidP="009F2F1A">
          <w:pPr>
            <w:spacing w:after="0"/>
            <w:contextualSpacing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F2F1A">
            <w:rPr>
              <w:rFonts w:ascii="Times New Roman" w:hAnsi="Times New Roman" w:cs="Times New Roman"/>
              <w:b/>
              <w:bCs/>
              <w:sz w:val="24"/>
              <w:szCs w:val="24"/>
            </w:rPr>
            <w:t>FİTOT</w:t>
          </w:r>
          <w:r w:rsidR="00B35F78">
            <w:rPr>
              <w:rFonts w:ascii="Times New Roman" w:hAnsi="Times New Roman" w:cs="Times New Roman"/>
              <w:b/>
              <w:bCs/>
              <w:sz w:val="24"/>
              <w:szCs w:val="24"/>
            </w:rPr>
            <w:t>ABAUM</w:t>
          </w:r>
        </w:p>
        <w:p w:rsidR="009F2F1A" w:rsidRPr="009F2F1A" w:rsidRDefault="009F2F1A" w:rsidP="009F2F1A">
          <w:pPr>
            <w:spacing w:after="0"/>
            <w:contextualSpacing/>
            <w:jc w:val="center"/>
            <w:rPr>
              <w:rFonts w:ascii="Times New Roman" w:hAnsi="Times New Roman" w:cs="Times New Roman"/>
              <w:b/>
              <w:bCs/>
              <w:sz w:val="24"/>
              <w:szCs w:val="20"/>
            </w:rPr>
          </w:pPr>
          <w:r w:rsidRPr="009F2F1A">
            <w:rPr>
              <w:rFonts w:ascii="Times New Roman" w:hAnsi="Times New Roman" w:cs="Times New Roman"/>
              <w:b/>
              <w:bCs/>
              <w:sz w:val="24"/>
              <w:szCs w:val="24"/>
            </w:rPr>
            <w:t>PERSONEL MEMNUNİYET ANKETİ</w:t>
          </w:r>
        </w:p>
      </w:tc>
      <w:tc>
        <w:tcPr>
          <w:tcW w:w="723" w:type="pct"/>
        </w:tcPr>
        <w:p w:rsidR="009F2F1A" w:rsidRPr="002964E3" w:rsidRDefault="009F2F1A" w:rsidP="009F2F1A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</w:p>
      </w:tc>
    </w:tr>
    <w:tr w:rsidR="004369FE" w:rsidRPr="008D18C9" w:rsidTr="004369FE">
      <w:trPr>
        <w:cantSplit/>
        <w:trHeight w:val="304"/>
      </w:trPr>
      <w:tc>
        <w:tcPr>
          <w:tcW w:w="987" w:type="pct"/>
          <w:vAlign w:val="center"/>
        </w:tcPr>
        <w:p w:rsidR="009F2F1A" w:rsidRPr="001A0373" w:rsidRDefault="009F2F1A" w:rsidP="009F2F1A">
          <w:pPr>
            <w:pStyle w:val="stBilgi"/>
            <w:rPr>
              <w:rFonts w:ascii="Times New Roman" w:hAnsi="Times New Roman" w:cs="Times New Roman"/>
              <w:sz w:val="14"/>
              <w:szCs w:val="14"/>
            </w:rPr>
          </w:pPr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Doküman Kodu:</w:t>
          </w:r>
          <w:r>
            <w:rPr>
              <w:rFonts w:ascii="Times New Roman" w:hAnsi="Times New Roman" w:cs="Times New Roman"/>
              <w:bCs/>
              <w:sz w:val="14"/>
              <w:szCs w:val="14"/>
            </w:rPr>
            <w:t xml:space="preserve"> FTM-</w:t>
          </w:r>
          <w:r w:rsidR="00916F25">
            <w:rPr>
              <w:rFonts w:ascii="Times New Roman" w:hAnsi="Times New Roman" w:cs="Times New Roman"/>
              <w:bCs/>
              <w:sz w:val="14"/>
              <w:szCs w:val="14"/>
            </w:rPr>
            <w:t>FRM</w:t>
          </w:r>
          <w:r>
            <w:rPr>
              <w:rFonts w:ascii="Times New Roman" w:hAnsi="Times New Roman" w:cs="Times New Roman"/>
              <w:bCs/>
              <w:sz w:val="14"/>
              <w:szCs w:val="14"/>
            </w:rPr>
            <w:t>-0</w:t>
          </w:r>
          <w:r w:rsidR="00916F25">
            <w:rPr>
              <w:rFonts w:ascii="Times New Roman" w:hAnsi="Times New Roman" w:cs="Times New Roman"/>
              <w:bCs/>
              <w:sz w:val="14"/>
              <w:szCs w:val="14"/>
            </w:rPr>
            <w:t>9</w:t>
          </w:r>
        </w:p>
      </w:tc>
      <w:tc>
        <w:tcPr>
          <w:tcW w:w="1884" w:type="pct"/>
          <w:vAlign w:val="center"/>
        </w:tcPr>
        <w:p w:rsidR="009F2F1A" w:rsidRPr="001A0373" w:rsidRDefault="009F2F1A" w:rsidP="009F2F1A">
          <w:pPr>
            <w:pStyle w:val="stBilgi"/>
            <w:rPr>
              <w:rFonts w:ascii="Times New Roman" w:hAnsi="Times New Roman" w:cs="Times New Roman"/>
              <w:sz w:val="14"/>
              <w:szCs w:val="14"/>
            </w:rPr>
          </w:pPr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Yürürlük Tarihi:</w:t>
          </w:r>
          <w:r>
            <w:rPr>
              <w:rFonts w:ascii="Times New Roman" w:hAnsi="Times New Roman" w:cs="Times New Roman"/>
              <w:sz w:val="14"/>
              <w:szCs w:val="14"/>
            </w:rPr>
            <w:t xml:space="preserve"> 31.10.2025</w:t>
          </w:r>
        </w:p>
      </w:tc>
      <w:tc>
        <w:tcPr>
          <w:tcW w:w="1406" w:type="pct"/>
          <w:vAlign w:val="center"/>
        </w:tcPr>
        <w:p w:rsidR="009F2F1A" w:rsidRPr="001A0373" w:rsidRDefault="009F2F1A" w:rsidP="009F2F1A">
          <w:pPr>
            <w:pStyle w:val="stBilgi"/>
            <w:rPr>
              <w:rFonts w:ascii="Times New Roman" w:hAnsi="Times New Roman" w:cs="Times New Roman"/>
              <w:sz w:val="14"/>
              <w:szCs w:val="14"/>
            </w:rPr>
          </w:pPr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Revizyon Tarihi/No:</w:t>
          </w:r>
          <w:r>
            <w:rPr>
              <w:rFonts w:ascii="Times New Roman" w:hAnsi="Times New Roman" w:cs="Times New Roman"/>
              <w:sz w:val="14"/>
              <w:szCs w:val="14"/>
            </w:rPr>
            <w:t xml:space="preserve"> </w:t>
          </w:r>
          <w:r w:rsidR="00916F25">
            <w:rPr>
              <w:rFonts w:ascii="Times New Roman" w:hAnsi="Times New Roman" w:cs="Times New Roman"/>
              <w:sz w:val="14"/>
              <w:szCs w:val="14"/>
            </w:rPr>
            <w:t>Yeni yayımlandı</w:t>
          </w:r>
        </w:p>
      </w:tc>
      <w:tc>
        <w:tcPr>
          <w:tcW w:w="723" w:type="pct"/>
          <w:tcBorders>
            <w:top w:val="dotted" w:sz="4" w:space="0" w:color="auto"/>
            <w:left w:val="single" w:sz="8" w:space="0" w:color="auto"/>
            <w:bottom w:val="double" w:sz="4" w:space="0" w:color="auto"/>
          </w:tcBorders>
        </w:tcPr>
        <w:p w:rsidR="009F2F1A" w:rsidRPr="001A0373" w:rsidRDefault="009F2F1A" w:rsidP="009F2F1A">
          <w:pPr>
            <w:pStyle w:val="stBilgi"/>
            <w:spacing w:before="60"/>
            <w:rPr>
              <w:rFonts w:ascii="Times New Roman" w:hAnsi="Times New Roman" w:cs="Times New Roman"/>
              <w:b/>
              <w:bCs/>
              <w:sz w:val="14"/>
              <w:szCs w:val="14"/>
            </w:rPr>
          </w:pPr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Sayfa No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t xml:space="preserve">: 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begin"/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instrText>PAGE  \* Arabic  \* MERGEFORMAT</w:instrTex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separate"/>
          </w:r>
          <w:r>
            <w:rPr>
              <w:rFonts w:ascii="Times New Roman" w:hAnsi="Times New Roman" w:cs="Times New Roman"/>
              <w:b/>
              <w:bCs/>
              <w:noProof/>
              <w:sz w:val="14"/>
              <w:szCs w:val="14"/>
            </w:rPr>
            <w:t>4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end"/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t xml:space="preserve"> / 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begin"/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instrText>NUMPAGES  \* Arabic  \* MERGEFORMAT</w:instrTex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separate"/>
          </w:r>
          <w:r>
            <w:rPr>
              <w:rFonts w:ascii="Times New Roman" w:hAnsi="Times New Roman" w:cs="Times New Roman"/>
              <w:b/>
              <w:bCs/>
              <w:noProof/>
              <w:sz w:val="14"/>
              <w:szCs w:val="14"/>
            </w:rPr>
            <w:t>4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end"/>
          </w:r>
        </w:p>
      </w:tc>
    </w:tr>
  </w:tbl>
  <w:p w:rsidR="009F2F1A" w:rsidRPr="009F2F1A" w:rsidRDefault="009F2F1A">
    <w:pPr>
      <w:pStyle w:val="stBilgi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5F168EA"/>
    <w:multiLevelType w:val="multilevel"/>
    <w:tmpl w:val="386E29D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A5523"/>
    <w:rsid w:val="0029639D"/>
    <w:rsid w:val="00297D1C"/>
    <w:rsid w:val="00326F90"/>
    <w:rsid w:val="004369FE"/>
    <w:rsid w:val="00656FEA"/>
    <w:rsid w:val="006D0530"/>
    <w:rsid w:val="00700F01"/>
    <w:rsid w:val="00745F3A"/>
    <w:rsid w:val="007F3025"/>
    <w:rsid w:val="008646E9"/>
    <w:rsid w:val="00916F25"/>
    <w:rsid w:val="009F2F1A"/>
    <w:rsid w:val="00AA1D8D"/>
    <w:rsid w:val="00AC7408"/>
    <w:rsid w:val="00B35F78"/>
    <w:rsid w:val="00B47730"/>
    <w:rsid w:val="00CB0664"/>
    <w:rsid w:val="00CE3D55"/>
    <w:rsid w:val="00DF211E"/>
    <w:rsid w:val="00E92669"/>
    <w:rsid w:val="00FC693F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662ADA"/>
  <w14:defaultImageDpi w14:val="300"/>
  <w15:docId w15:val="{86C1E878-C1E3-464B-A007-007938FDC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aliases w:val="Tablo"/>
    <w:basedOn w:val="Normal"/>
    <w:next w:val="Normal"/>
    <w:link w:val="Balk5Char"/>
    <w:uiPriority w:val="9"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aliases w:val="Şekil"/>
    <w:basedOn w:val="Normal"/>
    <w:next w:val="Normal"/>
    <w:link w:val="Balk6Char"/>
    <w:uiPriority w:val="9"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aliases w:val="resim"/>
    <w:basedOn w:val="Normal"/>
    <w:next w:val="Normal"/>
    <w:link w:val="Balk7Char"/>
    <w:uiPriority w:val="9"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aliases w:val="Tablo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aliases w:val="Şekil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aliases w:val="resim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DzTablo2">
    <w:name w:val="Plain Table 2"/>
    <w:aliases w:val="Kalite Tablo"/>
    <w:basedOn w:val="NormalTablo"/>
    <w:uiPriority w:val="42"/>
    <w:rsid w:val="00CE3D55"/>
    <w:pPr>
      <w:spacing w:after="0" w:line="240" w:lineRule="auto"/>
    </w:pPr>
    <w:rPr>
      <w:rFonts w:ascii="Times New Roman" w:hAnsi="Times New Roman"/>
      <w:sz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 w:val="0"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KaliteTalbo">
    <w:name w:val="Kalite Talbo"/>
    <w:basedOn w:val="NormalTablo"/>
    <w:uiPriority w:val="99"/>
    <w:rsid w:val="00CE3D55"/>
    <w:pPr>
      <w:spacing w:after="0" w:line="240" w:lineRule="auto"/>
    </w:pPr>
    <w:rPr>
      <w:rFonts w:ascii="Times New Roman" w:hAnsi="Times New Roman"/>
      <w:sz w:val="20"/>
    </w:rPr>
    <w:tblPr/>
  </w:style>
  <w:style w:type="table" w:styleId="DzTablo4">
    <w:name w:val="Plain Table 4"/>
    <w:basedOn w:val="NormalTablo"/>
    <w:uiPriority w:val="99"/>
    <w:rsid w:val="00CE3D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">
    <w:basedOn w:val="Normal"/>
    <w:next w:val="stBilgi"/>
    <w:link w:val="stbilgiChar0"/>
    <w:rsid w:val="009F2F1A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bilgiChar0">
    <w:name w:val="Üstbilgi Char"/>
    <w:link w:val="a"/>
    <w:rsid w:val="009F2F1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92F1B3-166B-4942-AD64-41DB2380F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855</Words>
  <Characters>5455</Characters>
  <Application>Microsoft Office Word</Application>
  <DocSecurity>0</DocSecurity>
  <Lines>909</Lines>
  <Paragraphs>420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5890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Kenan ERCAN</cp:lastModifiedBy>
  <cp:revision>12</cp:revision>
  <dcterms:created xsi:type="dcterms:W3CDTF">2013-12-23T23:15:00Z</dcterms:created>
  <dcterms:modified xsi:type="dcterms:W3CDTF">2025-11-20T10:07:00Z</dcterms:modified>
  <cp:category/>
</cp:coreProperties>
</file>